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E57A8" w14:textId="77777777" w:rsidR="00071E4D" w:rsidRPr="00EF41F3" w:rsidRDefault="00000000" w:rsidP="00EF41F3">
      <w:pPr>
        <w:pStyle w:val="Naslov"/>
        <w:spacing w:after="140"/>
        <w:jc w:val="center"/>
        <w:rPr>
          <w:sz w:val="32"/>
          <w:szCs w:val="32"/>
        </w:rPr>
      </w:pPr>
      <w:proofErr w:type="spellStart"/>
      <w:r w:rsidRPr="00EF41F3">
        <w:rPr>
          <w:b/>
          <w:color w:val="000000"/>
          <w:sz w:val="28"/>
          <w:szCs w:val="32"/>
        </w:rPr>
        <w:t>Jelovnik</w:t>
      </w:r>
      <w:proofErr w:type="spellEnd"/>
      <w:r w:rsidRPr="00EF41F3">
        <w:rPr>
          <w:b/>
          <w:color w:val="000000"/>
          <w:sz w:val="28"/>
          <w:szCs w:val="32"/>
        </w:rPr>
        <w:t xml:space="preserve"> za </w:t>
      </w:r>
      <w:proofErr w:type="spellStart"/>
      <w:r w:rsidRPr="00EF41F3">
        <w:rPr>
          <w:b/>
          <w:color w:val="000000"/>
          <w:sz w:val="28"/>
          <w:szCs w:val="32"/>
        </w:rPr>
        <w:t>listopad</w:t>
      </w:r>
      <w:proofErr w:type="spellEnd"/>
      <w:r w:rsidRPr="00EF41F3">
        <w:rPr>
          <w:b/>
          <w:color w:val="000000"/>
          <w:sz w:val="28"/>
          <w:szCs w:val="32"/>
        </w:rPr>
        <w:t xml:space="preserve">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22"/>
        <w:gridCol w:w="2710"/>
        <w:gridCol w:w="2710"/>
        <w:gridCol w:w="2710"/>
        <w:gridCol w:w="2710"/>
        <w:gridCol w:w="2710"/>
      </w:tblGrid>
      <w:tr w:rsidR="00071E4D" w14:paraId="479099F3" w14:textId="77777777" w:rsidTr="00EF41F3">
        <w:trPr>
          <w:trHeight w:val="345"/>
          <w:jc w:val="center"/>
        </w:trPr>
        <w:tc>
          <w:tcPr>
            <w:tcW w:w="13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C9E5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85C23D" w14:textId="77777777" w:rsidR="00071E4D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263C35"/>
                <w:sz w:val="18"/>
              </w:rPr>
              <w:t>DAN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C9E5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7981D0" w14:textId="77777777" w:rsidR="00071E4D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263C35"/>
                <w:sz w:val="18"/>
              </w:rPr>
              <w:t>1. TJEDAN</w:t>
            </w:r>
            <w:r>
              <w:rPr>
                <w:b/>
                <w:color w:val="263C35"/>
                <w:sz w:val="18"/>
              </w:rPr>
              <w:br/>
              <w:t>1. – 2. 10.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C9E5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75F8BC" w14:textId="77777777" w:rsidR="00071E4D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263C35"/>
                <w:sz w:val="18"/>
              </w:rPr>
              <w:t>2. TJEDAN</w:t>
            </w:r>
            <w:r>
              <w:rPr>
                <w:b/>
                <w:color w:val="263C35"/>
                <w:sz w:val="18"/>
              </w:rPr>
              <w:br/>
              <w:t>5. – 9. 10.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C9E5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D3F4A0" w14:textId="77777777" w:rsidR="00071E4D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263C35"/>
                <w:sz w:val="18"/>
              </w:rPr>
              <w:t>3. TJEDAN</w:t>
            </w:r>
            <w:r>
              <w:rPr>
                <w:b/>
                <w:color w:val="263C35"/>
                <w:sz w:val="18"/>
              </w:rPr>
              <w:br/>
              <w:t>12. – 16. 10.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C9E5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5C7E08" w14:textId="77777777" w:rsidR="00071E4D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263C35"/>
                <w:sz w:val="18"/>
              </w:rPr>
              <w:t>4. TJEDAN</w:t>
            </w:r>
            <w:r>
              <w:rPr>
                <w:b/>
                <w:color w:val="263C35"/>
                <w:sz w:val="18"/>
              </w:rPr>
              <w:br/>
              <w:t>19. – 23. 10.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C9E5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5BE5EE" w14:textId="77777777" w:rsidR="00071E4D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263C35"/>
                <w:sz w:val="18"/>
              </w:rPr>
              <w:t>5. TJEDAN</w:t>
            </w:r>
            <w:r>
              <w:rPr>
                <w:b/>
                <w:color w:val="263C35"/>
                <w:sz w:val="18"/>
              </w:rPr>
              <w:br/>
              <w:t>26. – 30. 10.</w:t>
            </w:r>
          </w:p>
        </w:tc>
      </w:tr>
      <w:tr w:rsidR="00071E4D" w14:paraId="11BC4E1C" w14:textId="77777777" w:rsidTr="00EF41F3">
        <w:trPr>
          <w:trHeight w:val="1174"/>
          <w:jc w:val="center"/>
        </w:trPr>
        <w:tc>
          <w:tcPr>
            <w:tcW w:w="13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0C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6EEBDA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b/>
                <w:color w:val="263C35"/>
                <w:sz w:val="16"/>
              </w:rPr>
              <w:t>PONEDJELJAK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5AC53D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—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0C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4D9419" w14:textId="685B5360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prstići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jogurt</w:t>
            </w:r>
            <w:proofErr w:type="spellEnd"/>
          </w:p>
          <w:p w14:paraId="5B373BE0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Grah</w:t>
            </w:r>
            <w:r w:rsidRPr="00EF41F3">
              <w:rPr>
                <w:color w:val="263C35"/>
                <w:sz w:val="16"/>
              </w:rPr>
              <w:br/>
              <w:t>Hrenovke</w:t>
            </w:r>
            <w:r w:rsidRPr="00EF41F3">
              <w:rPr>
                <w:color w:val="263C35"/>
                <w:sz w:val="16"/>
              </w:rPr>
              <w:br/>
              <w:t>Salata</w:t>
            </w:r>
          </w:p>
          <w:p w14:paraId="7100F470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</w:t>
            </w:r>
          </w:p>
          <w:p w14:paraId="4CAE5463" w14:textId="46CB3449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0C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E842CA" w14:textId="15F5E670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griz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14373F" w:rsidRPr="00EF41F3">
              <w:rPr>
                <w:color w:val="263C35"/>
                <w:sz w:val="16"/>
              </w:rPr>
              <w:t>na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14373F" w:rsidRPr="00EF41F3">
              <w:rPr>
                <w:color w:val="263C35"/>
                <w:sz w:val="16"/>
              </w:rPr>
              <w:t>mlijeku</w:t>
            </w:r>
            <w:proofErr w:type="spellEnd"/>
          </w:p>
          <w:p w14:paraId="27571DA5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Slanutak varivo</w:t>
            </w:r>
            <w:r w:rsidRPr="00EF41F3">
              <w:rPr>
                <w:color w:val="263C35"/>
                <w:sz w:val="16"/>
              </w:rPr>
              <w:br/>
              <w:t>s komadićima mesa</w:t>
            </w:r>
          </w:p>
          <w:p w14:paraId="541909BF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</w:t>
            </w:r>
          </w:p>
          <w:p w14:paraId="5F97D72D" w14:textId="042DA873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0C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26BDAD" w14:textId="24D6E5EE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pahuljice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mlijeko</w:t>
            </w:r>
            <w:proofErr w:type="spellEnd"/>
          </w:p>
          <w:p w14:paraId="6C477800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Špagete bolonjez</w:t>
            </w:r>
            <w:r w:rsidRPr="00EF41F3">
              <w:rPr>
                <w:color w:val="263C35"/>
                <w:sz w:val="16"/>
              </w:rPr>
              <w:br/>
              <w:t>Salata</w:t>
            </w:r>
          </w:p>
          <w:p w14:paraId="0CD39642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</w:t>
            </w:r>
          </w:p>
          <w:p w14:paraId="2C381800" w14:textId="1ADF62BA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keks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0C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FD9069" w14:textId="22C7365E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prstići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jogurt</w:t>
            </w:r>
            <w:proofErr w:type="spellEnd"/>
          </w:p>
          <w:p w14:paraId="609A193C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Svinjsko pečenje</w:t>
            </w:r>
            <w:r w:rsidRPr="00EF41F3">
              <w:rPr>
                <w:color w:val="263C35"/>
                <w:sz w:val="16"/>
              </w:rPr>
              <w:br/>
              <w:t>Pire krumpir · Salata</w:t>
            </w:r>
          </w:p>
          <w:p w14:paraId="12C6EDD6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7</w:t>
            </w:r>
          </w:p>
          <w:p w14:paraId="749EF8D1" w14:textId="263E658E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keks</w:t>
            </w:r>
            <w:proofErr w:type="spellEnd"/>
          </w:p>
        </w:tc>
      </w:tr>
      <w:tr w:rsidR="00071E4D" w14:paraId="61A40837" w14:textId="77777777" w:rsidTr="00EF41F3">
        <w:trPr>
          <w:trHeight w:val="1174"/>
          <w:jc w:val="center"/>
        </w:trPr>
        <w:tc>
          <w:tcPr>
            <w:tcW w:w="13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F3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D361B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b/>
                <w:color w:val="263C35"/>
                <w:sz w:val="16"/>
              </w:rPr>
              <w:t>UTORAK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E16A8D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—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F3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C1544E" w14:textId="0D4EA25E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>:</w:t>
            </w:r>
            <w:r w:rsidR="0014373F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14373F" w:rsidRPr="00EF41F3">
              <w:rPr>
                <w:color w:val="263C35"/>
                <w:sz w:val="16"/>
              </w:rPr>
              <w:t>kruh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maslac</w:t>
            </w:r>
            <w:proofErr w:type="spellEnd"/>
            <w:r w:rsidR="0014373F" w:rsidRPr="00EF41F3">
              <w:rPr>
                <w:color w:val="263C35"/>
                <w:sz w:val="16"/>
              </w:rPr>
              <w:t>, med</w:t>
            </w:r>
          </w:p>
          <w:p w14:paraId="2ACBF47F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Kupus varivo</w:t>
            </w:r>
            <w:r w:rsidRPr="00EF41F3">
              <w:rPr>
                <w:color w:val="263C35"/>
                <w:sz w:val="16"/>
              </w:rPr>
              <w:br/>
              <w:t>Pohani kotlet</w:t>
            </w:r>
          </w:p>
          <w:p w14:paraId="6D6F6A58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7</w:t>
            </w:r>
          </w:p>
          <w:p w14:paraId="664FA129" w14:textId="18988C82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F3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E69104" w14:textId="1D2CEFCC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jaja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kruh</w:t>
            </w:r>
            <w:proofErr w:type="spellEnd"/>
            <w:r w:rsidR="0014373F" w:rsidRPr="00EF41F3">
              <w:rPr>
                <w:color w:val="263C35"/>
                <w:sz w:val="16"/>
              </w:rPr>
              <w:t>, margarin</w:t>
            </w:r>
          </w:p>
          <w:p w14:paraId="0356083F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Grašak varivo</w:t>
            </w:r>
            <w:r w:rsidRPr="00EF41F3">
              <w:rPr>
                <w:color w:val="263C35"/>
                <w:sz w:val="16"/>
              </w:rPr>
              <w:br/>
              <w:t>Pohani kotlet</w:t>
            </w:r>
          </w:p>
          <w:p w14:paraId="1686F86F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7</w:t>
            </w:r>
          </w:p>
          <w:p w14:paraId="52F57FDB" w14:textId="087D8BA1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F3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36E3FA" w14:textId="1A56AD29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hrenovke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</w:p>
          <w:p w14:paraId="67D4CB7B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Fino varivo</w:t>
            </w:r>
            <w:r w:rsidRPr="00EF41F3">
              <w:rPr>
                <w:color w:val="263C35"/>
                <w:sz w:val="16"/>
              </w:rPr>
              <w:br/>
              <w:t>Mesna štruca</w:t>
            </w:r>
          </w:p>
          <w:p w14:paraId="698F0978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</w:t>
            </w:r>
          </w:p>
          <w:p w14:paraId="2F6B2DFE" w14:textId="3AEB9F21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8F3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D0243E" w14:textId="4516FB68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pahuljice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mlijeko</w:t>
            </w:r>
            <w:proofErr w:type="spellEnd"/>
          </w:p>
          <w:p w14:paraId="750B367D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Mahune varivo</w:t>
            </w:r>
            <w:r w:rsidRPr="00EF41F3">
              <w:rPr>
                <w:color w:val="263C35"/>
                <w:sz w:val="16"/>
              </w:rPr>
              <w:br/>
              <w:t>Pohani kotlet</w:t>
            </w:r>
          </w:p>
          <w:p w14:paraId="4A363CB1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7</w:t>
            </w:r>
          </w:p>
          <w:p w14:paraId="1DC31FB4" w14:textId="737C1551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>:</w:t>
            </w:r>
            <w:r w:rsidR="00875DBE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</w:tr>
      <w:tr w:rsidR="00071E4D" w14:paraId="583DC7DC" w14:textId="77777777" w:rsidTr="00EF41F3">
        <w:trPr>
          <w:trHeight w:val="1174"/>
          <w:jc w:val="center"/>
        </w:trPr>
        <w:tc>
          <w:tcPr>
            <w:tcW w:w="13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DE2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DC1F49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b/>
                <w:color w:val="263C35"/>
                <w:sz w:val="16"/>
              </w:rPr>
              <w:t>SRIJEDA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A936A5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—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DE2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A22CFD" w14:textId="0EA0DC73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 xml:space="preserve">Doručak: </w:t>
            </w:r>
            <w:proofErr w:type="spellStart"/>
            <w:r w:rsidR="0014373F" w:rsidRPr="00EF41F3">
              <w:rPr>
                <w:color w:val="263C35"/>
                <w:sz w:val="16"/>
              </w:rPr>
              <w:t>kruh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salama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mliječni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 namaz</w:t>
            </w:r>
          </w:p>
          <w:p w14:paraId="71A49F9A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Svinjski gulaš s tijestom</w:t>
            </w:r>
            <w:r w:rsidRPr="00EF41F3">
              <w:rPr>
                <w:color w:val="263C35"/>
                <w:sz w:val="16"/>
              </w:rPr>
              <w:br/>
              <w:t>Salata</w:t>
            </w:r>
          </w:p>
          <w:p w14:paraId="538BD1E7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</w:t>
            </w:r>
          </w:p>
          <w:p w14:paraId="3600679B" w14:textId="537EB293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keks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DE2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93733C" w14:textId="33150DEA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pašteta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cedevita</w:t>
            </w:r>
            <w:proofErr w:type="spellEnd"/>
          </w:p>
          <w:p w14:paraId="5BB89B0A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Juneći gulaš s tijestom</w:t>
            </w:r>
            <w:r w:rsidRPr="00EF41F3">
              <w:rPr>
                <w:color w:val="263C35"/>
                <w:sz w:val="16"/>
              </w:rPr>
              <w:br/>
              <w:t>Salata</w:t>
            </w:r>
          </w:p>
          <w:p w14:paraId="5420AB18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</w:t>
            </w:r>
          </w:p>
          <w:p w14:paraId="0450971B" w14:textId="25BF056C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DE2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C1A30E" w14:textId="147A44ED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mliječni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 namaz,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</w:p>
          <w:p w14:paraId="7999050F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Pohana piletina</w:t>
            </w:r>
            <w:r w:rsidRPr="00EF41F3">
              <w:rPr>
                <w:color w:val="263C35"/>
                <w:sz w:val="16"/>
              </w:rPr>
              <w:br/>
              <w:t>Krumpir pire · Salata</w:t>
            </w:r>
          </w:p>
          <w:p w14:paraId="7E63FA65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7</w:t>
            </w:r>
          </w:p>
          <w:p w14:paraId="5C89EEE6" w14:textId="7AB5E271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DE2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9ED149" w14:textId="3938405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mliječni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 namaz</w:t>
            </w:r>
          </w:p>
          <w:p w14:paraId="11CFAE4C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Pečena piletina</w:t>
            </w:r>
            <w:r w:rsidRPr="00EF41F3">
              <w:rPr>
                <w:color w:val="263C35"/>
                <w:sz w:val="16"/>
              </w:rPr>
              <w:br/>
              <w:t>Mlinci · Salata</w:t>
            </w:r>
          </w:p>
          <w:p w14:paraId="675E45BD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</w:t>
            </w:r>
          </w:p>
          <w:p w14:paraId="26A66357" w14:textId="6EECFD50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</w:tr>
      <w:tr w:rsidR="00071E4D" w14:paraId="713E09E5" w14:textId="77777777" w:rsidTr="00EF41F3">
        <w:trPr>
          <w:trHeight w:val="1174"/>
          <w:jc w:val="center"/>
        </w:trPr>
        <w:tc>
          <w:tcPr>
            <w:tcW w:w="13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1F1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293928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b/>
                <w:color w:val="263C35"/>
                <w:sz w:val="16"/>
              </w:rPr>
              <w:t>ČETVRTAK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1F1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82A580" w14:textId="602E7E42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 xml:space="preserve">Doručak: </w:t>
            </w:r>
            <w:r w:rsidR="0014373F" w:rsidRPr="00EF41F3">
              <w:rPr>
                <w:color w:val="263C35"/>
                <w:sz w:val="16"/>
              </w:rPr>
              <w:t xml:space="preserve">margarin, </w:t>
            </w:r>
            <w:proofErr w:type="spellStart"/>
            <w:r w:rsidR="0014373F" w:rsidRPr="00EF41F3">
              <w:rPr>
                <w:color w:val="263C35"/>
                <w:sz w:val="16"/>
              </w:rPr>
              <w:t>pekmez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kruh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čaj</w:t>
            </w:r>
            <w:proofErr w:type="spellEnd"/>
          </w:p>
          <w:p w14:paraId="1413DD8B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Špageti bolonjez</w:t>
            </w:r>
            <w:r w:rsidRPr="00EF41F3">
              <w:rPr>
                <w:color w:val="263C35"/>
                <w:sz w:val="16"/>
              </w:rPr>
              <w:br/>
              <w:t>Salata</w:t>
            </w:r>
          </w:p>
          <w:p w14:paraId="5926E042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</w:t>
            </w:r>
          </w:p>
          <w:p w14:paraId="437617BF" w14:textId="00B46D4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1F1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79D713" w14:textId="49DAD270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>:</w:t>
            </w:r>
            <w:r w:rsidR="0014373F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14373F" w:rsidRPr="00EF41F3">
              <w:rPr>
                <w:color w:val="263C35"/>
                <w:sz w:val="16"/>
              </w:rPr>
              <w:t>kruh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pašteta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. </w:t>
            </w:r>
            <w:proofErr w:type="spellStart"/>
            <w:r w:rsidR="0014373F" w:rsidRPr="00EF41F3">
              <w:rPr>
                <w:color w:val="263C35"/>
                <w:sz w:val="16"/>
              </w:rPr>
              <w:t>čaj</w:t>
            </w:r>
            <w:proofErr w:type="spellEnd"/>
            <w:r w:rsidRPr="00EF41F3">
              <w:rPr>
                <w:color w:val="263C35"/>
                <w:sz w:val="16"/>
              </w:rPr>
              <w:t xml:space="preserve"> </w:t>
            </w:r>
          </w:p>
          <w:p w14:paraId="713CC1D3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Odrezak u đuveđu</w:t>
            </w:r>
            <w:r w:rsidRPr="00EF41F3">
              <w:rPr>
                <w:color w:val="263C35"/>
                <w:sz w:val="16"/>
              </w:rPr>
              <w:br/>
              <w:t>Riža · Salata</w:t>
            </w:r>
          </w:p>
          <w:p w14:paraId="42E4B842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</w:t>
            </w:r>
          </w:p>
          <w:p w14:paraId="5B7D9883" w14:textId="104D6F40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1F1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50BFF0" w14:textId="3F88AD00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 xml:space="preserve">Doručak: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mliječni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 namaz, </w:t>
            </w:r>
            <w:proofErr w:type="spellStart"/>
            <w:r w:rsidR="00875DBE" w:rsidRPr="00EF41F3">
              <w:rPr>
                <w:color w:val="263C35"/>
                <w:sz w:val="16"/>
              </w:rPr>
              <w:t>čaj</w:t>
            </w:r>
            <w:proofErr w:type="spellEnd"/>
          </w:p>
          <w:p w14:paraId="40E05F09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Mesne okruglice</w:t>
            </w:r>
            <w:r w:rsidRPr="00EF41F3">
              <w:rPr>
                <w:color w:val="263C35"/>
                <w:sz w:val="16"/>
              </w:rPr>
              <w:br/>
              <w:t>Krumpir pire · Salata</w:t>
            </w:r>
          </w:p>
          <w:p w14:paraId="7AAAB80E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7</w:t>
            </w:r>
          </w:p>
          <w:p w14:paraId="0263DE7C" w14:textId="5608E3F5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1F1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5AF604" w14:textId="714FE4BC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margarin, </w:t>
            </w:r>
            <w:proofErr w:type="spellStart"/>
            <w:r w:rsidR="00875DBE" w:rsidRPr="00EF41F3">
              <w:rPr>
                <w:color w:val="263C35"/>
                <w:sz w:val="16"/>
              </w:rPr>
              <w:t>salama</w:t>
            </w:r>
            <w:proofErr w:type="spellEnd"/>
          </w:p>
          <w:p w14:paraId="589CCF6C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Pileći rižoto</w:t>
            </w:r>
            <w:r w:rsidRPr="00EF41F3">
              <w:rPr>
                <w:color w:val="263C35"/>
                <w:sz w:val="16"/>
              </w:rPr>
              <w:br/>
              <w:t>Salata</w:t>
            </w:r>
          </w:p>
          <w:p w14:paraId="12CE3628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</w:t>
            </w:r>
          </w:p>
          <w:p w14:paraId="0C0060CB" w14:textId="099CF7C2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>:</w:t>
            </w:r>
            <w:r w:rsidR="00875DBE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1F1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8E116F" w14:textId="5899A3CA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margarin, </w:t>
            </w:r>
            <w:proofErr w:type="spellStart"/>
            <w:r w:rsidR="00875DBE" w:rsidRPr="00EF41F3">
              <w:rPr>
                <w:color w:val="263C35"/>
                <w:sz w:val="16"/>
              </w:rPr>
              <w:t>salama</w:t>
            </w:r>
            <w:proofErr w:type="spellEnd"/>
          </w:p>
          <w:p w14:paraId="363F7FF4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Paprikaš</w:t>
            </w:r>
            <w:r w:rsidRPr="00EF41F3">
              <w:rPr>
                <w:color w:val="263C35"/>
                <w:sz w:val="16"/>
              </w:rPr>
              <w:br/>
              <w:t>Salata</w:t>
            </w:r>
          </w:p>
          <w:p w14:paraId="3D1C890F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</w:t>
            </w:r>
          </w:p>
          <w:p w14:paraId="0AC2E0FD" w14:textId="2DEDA819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</w:tr>
      <w:tr w:rsidR="00071E4D" w14:paraId="2FC234C4" w14:textId="77777777" w:rsidTr="00EF41F3">
        <w:trPr>
          <w:trHeight w:val="1174"/>
          <w:jc w:val="center"/>
        </w:trPr>
        <w:tc>
          <w:tcPr>
            <w:tcW w:w="132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EE6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0E9B09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b/>
                <w:color w:val="263C35"/>
                <w:sz w:val="16"/>
              </w:rPr>
              <w:t>PETAK</w:t>
            </w:r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EE6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5EAA6B" w14:textId="7846C0DC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>:</w:t>
            </w:r>
            <w:r w:rsidR="0014373F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14373F" w:rsidRPr="00EF41F3">
              <w:rPr>
                <w:color w:val="263C35"/>
                <w:sz w:val="16"/>
              </w:rPr>
              <w:t>čokoladni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 namaz, </w:t>
            </w:r>
            <w:proofErr w:type="spellStart"/>
            <w:r w:rsidR="0014373F" w:rsidRPr="00EF41F3">
              <w:rPr>
                <w:color w:val="263C35"/>
                <w:sz w:val="16"/>
              </w:rPr>
              <w:t>kruh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mlijeko</w:t>
            </w:r>
            <w:proofErr w:type="spellEnd"/>
          </w:p>
          <w:p w14:paraId="1DBCB858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Restani krumpir</w:t>
            </w:r>
            <w:r w:rsidRPr="00EF41F3">
              <w:rPr>
                <w:color w:val="263C35"/>
                <w:sz w:val="16"/>
              </w:rPr>
              <w:br/>
              <w:t>Riblji štapići</w:t>
            </w:r>
          </w:p>
          <w:p w14:paraId="6BF8C9FA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4</w:t>
            </w:r>
          </w:p>
          <w:p w14:paraId="42697CFF" w14:textId="3ECABAD0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EE6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ED222B" w14:textId="46DD5373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14373F" w:rsidRPr="00EF41F3">
              <w:rPr>
                <w:color w:val="263C35"/>
                <w:sz w:val="16"/>
              </w:rPr>
              <w:t>pahuljice</w:t>
            </w:r>
            <w:proofErr w:type="spellEnd"/>
            <w:r w:rsidR="0014373F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14373F" w:rsidRPr="00EF41F3">
              <w:rPr>
                <w:color w:val="263C35"/>
                <w:sz w:val="16"/>
              </w:rPr>
              <w:t>mlijeko</w:t>
            </w:r>
            <w:proofErr w:type="spellEnd"/>
          </w:p>
          <w:p w14:paraId="1B44BC2A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Pohani som</w:t>
            </w:r>
            <w:r w:rsidRPr="00EF41F3">
              <w:rPr>
                <w:color w:val="263C35"/>
                <w:sz w:val="16"/>
              </w:rPr>
              <w:br/>
              <w:t>Blitva / krumpir</w:t>
            </w:r>
          </w:p>
          <w:p w14:paraId="36F36A5B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4</w:t>
            </w:r>
          </w:p>
          <w:p w14:paraId="3343E965" w14:textId="10506B90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EE6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5D9458" w14:textId="2F0A5151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čokoladni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 namaz, </w:t>
            </w:r>
            <w:proofErr w:type="spellStart"/>
            <w:r w:rsidR="00875DBE" w:rsidRPr="00EF41F3">
              <w:rPr>
                <w:color w:val="263C35"/>
                <w:sz w:val="16"/>
              </w:rPr>
              <w:t>mlijeko</w:t>
            </w:r>
            <w:proofErr w:type="spellEnd"/>
          </w:p>
          <w:p w14:paraId="5410C6D7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Burek / jogurt</w:t>
            </w:r>
            <w:r w:rsidRPr="00EF41F3">
              <w:rPr>
                <w:color w:val="263C35"/>
                <w:sz w:val="16"/>
              </w:rPr>
              <w:br/>
              <w:t>ili kupus flekice</w:t>
            </w:r>
          </w:p>
          <w:p w14:paraId="22A8FBE7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7</w:t>
            </w:r>
          </w:p>
          <w:p w14:paraId="47D47F92" w14:textId="6F89FE03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EE6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2ED5C9" w14:textId="0688ACD6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 xml:space="preserve">: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maslac</w:t>
            </w:r>
            <w:proofErr w:type="spellEnd"/>
            <w:r w:rsidR="00875DBE" w:rsidRPr="00EF41F3">
              <w:rPr>
                <w:color w:val="263C35"/>
                <w:sz w:val="16"/>
              </w:rPr>
              <w:t>, med</w:t>
            </w:r>
          </w:p>
          <w:p w14:paraId="25CC6061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Pohani oslić</w:t>
            </w:r>
            <w:r w:rsidRPr="00EF41F3">
              <w:rPr>
                <w:color w:val="263C35"/>
                <w:sz w:val="16"/>
              </w:rPr>
              <w:br/>
              <w:t>Slani krumpir</w:t>
            </w:r>
          </w:p>
          <w:p w14:paraId="2C9A3358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3, 4</w:t>
            </w:r>
          </w:p>
          <w:p w14:paraId="32B08319" w14:textId="4E39A3CC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>:</w:t>
            </w:r>
            <w:r w:rsidR="00875DBE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</w:p>
        </w:tc>
        <w:tc>
          <w:tcPr>
            <w:tcW w:w="271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EE6F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A21E8A" w14:textId="7BF95C3C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Doručak</w:t>
            </w:r>
            <w:proofErr w:type="spellEnd"/>
            <w:r w:rsidRPr="00EF41F3">
              <w:rPr>
                <w:color w:val="263C35"/>
                <w:sz w:val="16"/>
              </w:rPr>
              <w:t>:</w:t>
            </w:r>
            <w:r w:rsidR="00875DBE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875DBE" w:rsidRPr="00EF41F3">
              <w:rPr>
                <w:color w:val="263C35"/>
                <w:sz w:val="16"/>
              </w:rPr>
              <w:t>kruh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pašteta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čaj</w:t>
            </w:r>
            <w:proofErr w:type="spellEnd"/>
          </w:p>
          <w:p w14:paraId="3E7A6069" w14:textId="77777777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Juha</w:t>
            </w:r>
            <w:r w:rsidRPr="00EF41F3">
              <w:rPr>
                <w:color w:val="263C35"/>
                <w:sz w:val="16"/>
              </w:rPr>
              <w:br/>
              <w:t>Granatir</w:t>
            </w:r>
            <w:r w:rsidRPr="00EF41F3">
              <w:rPr>
                <w:color w:val="263C35"/>
                <w:sz w:val="16"/>
              </w:rPr>
              <w:br/>
              <w:t>Salata</w:t>
            </w:r>
          </w:p>
          <w:p w14:paraId="77D17289" w14:textId="77777777" w:rsidR="00071E4D" w:rsidRPr="00EF41F3" w:rsidRDefault="00000000">
            <w:pPr>
              <w:spacing w:after="100"/>
              <w:jc w:val="center"/>
              <w:rPr>
                <w:rFonts w:hint="eastAsia"/>
                <w:sz w:val="16"/>
              </w:rPr>
            </w:pPr>
            <w:r w:rsidRPr="00EF41F3">
              <w:rPr>
                <w:color w:val="263C35"/>
                <w:sz w:val="16"/>
              </w:rPr>
              <w:t>Alergeni: 1, 7</w:t>
            </w:r>
          </w:p>
          <w:p w14:paraId="3923DC2B" w14:textId="5336C971" w:rsidR="00071E4D" w:rsidRPr="00EF41F3" w:rsidRDefault="00000000">
            <w:pPr>
              <w:jc w:val="center"/>
              <w:rPr>
                <w:rFonts w:hint="eastAsia"/>
                <w:sz w:val="16"/>
              </w:rPr>
            </w:pPr>
            <w:proofErr w:type="spellStart"/>
            <w:r w:rsidRPr="00EF41F3">
              <w:rPr>
                <w:color w:val="263C35"/>
                <w:sz w:val="16"/>
              </w:rPr>
              <w:t>Užina</w:t>
            </w:r>
            <w:proofErr w:type="spellEnd"/>
            <w:r w:rsidRPr="00EF41F3">
              <w:rPr>
                <w:color w:val="263C35"/>
                <w:sz w:val="16"/>
              </w:rPr>
              <w:t>:</w:t>
            </w:r>
            <w:r w:rsidR="00875DBE" w:rsidRPr="00EF41F3">
              <w:rPr>
                <w:color w:val="263C35"/>
                <w:sz w:val="16"/>
              </w:rPr>
              <w:t xml:space="preserve"> </w:t>
            </w:r>
            <w:proofErr w:type="spellStart"/>
            <w:r w:rsidR="00875DBE" w:rsidRPr="00EF41F3">
              <w:rPr>
                <w:color w:val="263C35"/>
                <w:sz w:val="16"/>
              </w:rPr>
              <w:t>voće</w:t>
            </w:r>
            <w:proofErr w:type="spellEnd"/>
            <w:r w:rsidR="00875DBE" w:rsidRPr="00EF41F3">
              <w:rPr>
                <w:color w:val="263C35"/>
                <w:sz w:val="16"/>
              </w:rPr>
              <w:t xml:space="preserve">, </w:t>
            </w:r>
            <w:proofErr w:type="spellStart"/>
            <w:r w:rsidR="00875DBE" w:rsidRPr="00EF41F3">
              <w:rPr>
                <w:color w:val="263C35"/>
                <w:sz w:val="16"/>
              </w:rPr>
              <w:t>keks</w:t>
            </w:r>
            <w:proofErr w:type="spellEnd"/>
          </w:p>
        </w:tc>
      </w:tr>
    </w:tbl>
    <w:p w14:paraId="486F0032" w14:textId="77777777" w:rsidR="00071E4D" w:rsidRDefault="00000000">
      <w:pPr>
        <w:spacing w:before="100"/>
        <w:rPr>
          <w:rFonts w:hint="eastAsia"/>
        </w:rPr>
      </w:pPr>
      <w:r>
        <w:rPr>
          <w:b/>
          <w:sz w:val="15"/>
        </w:rPr>
        <w:t>LEGENDA ALERGENA</w:t>
      </w:r>
    </w:p>
    <w:p w14:paraId="65675275" w14:textId="77777777" w:rsidR="00071E4D" w:rsidRDefault="00000000">
      <w:pPr>
        <w:spacing w:after="20"/>
        <w:rPr>
          <w:rFonts w:hint="eastAsia"/>
        </w:rPr>
      </w:pPr>
      <w:r>
        <w:rPr>
          <w:sz w:val="15"/>
        </w:rPr>
        <w:t>1. Gluten (žitarice koje sadrže pšenicu, raž, ječam, zob, pir).   2. Rakovi i proizvodi od rakova.   3. Jaja i proizvodi od jaja.   4. Riba i riblji proizvodi.</w:t>
      </w:r>
    </w:p>
    <w:p w14:paraId="47D3399B" w14:textId="77777777" w:rsidR="00071E4D" w:rsidRDefault="00000000">
      <w:pPr>
        <w:spacing w:after="20"/>
        <w:rPr>
          <w:rFonts w:hint="eastAsia"/>
        </w:rPr>
      </w:pPr>
      <w:r>
        <w:rPr>
          <w:sz w:val="15"/>
        </w:rPr>
        <w:t>5. Kikiriki i proizvodi od kikirikija.   6. Soja i proizvodi od soje.   7. Mlijeko i mliječni proizvodi (uključujući i laktozu).</w:t>
      </w:r>
    </w:p>
    <w:p w14:paraId="0D55C6C1" w14:textId="77777777" w:rsidR="00071E4D" w:rsidRDefault="00000000">
      <w:pPr>
        <w:spacing w:after="20"/>
        <w:rPr>
          <w:rFonts w:hint="eastAsia"/>
        </w:rPr>
      </w:pPr>
      <w:r>
        <w:rPr>
          <w:sz w:val="15"/>
        </w:rPr>
        <w:t>8. Orašasti plodovi (bademi, lješnjaci, orasi, indijski oraščići, makadamija).   9. Celer i proizvodi od celera.   10. Gorušica (senf) i proizvodi od gorušice.</w:t>
      </w:r>
    </w:p>
    <w:p w14:paraId="2EB68C9E" w14:textId="77777777" w:rsidR="00071E4D" w:rsidRDefault="00000000">
      <w:pPr>
        <w:spacing w:after="20"/>
        <w:rPr>
          <w:rFonts w:hint="eastAsia"/>
        </w:rPr>
      </w:pPr>
      <w:r>
        <w:rPr>
          <w:sz w:val="15"/>
        </w:rPr>
        <w:t>11. Sjemenke sezama i proizvodi od sezama.   12. Sumporni dioksid i sulfiti u koncentraciji većoj od 10 mg/kg.</w:t>
      </w:r>
    </w:p>
    <w:p w14:paraId="2C3D4D36" w14:textId="77777777" w:rsidR="00071E4D" w:rsidRDefault="00000000">
      <w:pPr>
        <w:spacing w:after="20"/>
        <w:rPr>
          <w:rFonts w:hint="eastAsia"/>
        </w:rPr>
      </w:pPr>
      <w:r>
        <w:rPr>
          <w:sz w:val="15"/>
        </w:rPr>
        <w:t>13. Lupina (vučji bob) i proizvodi od lupine.   14. Mekušci i proizvodi od mekušaca.</w:t>
      </w:r>
    </w:p>
    <w:sectPr w:rsidR="00071E4D" w:rsidSect="00EF41F3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9890310">
    <w:abstractNumId w:val="8"/>
  </w:num>
  <w:num w:numId="2" w16cid:durableId="1631474531">
    <w:abstractNumId w:val="6"/>
  </w:num>
  <w:num w:numId="3" w16cid:durableId="489758092">
    <w:abstractNumId w:val="5"/>
  </w:num>
  <w:num w:numId="4" w16cid:durableId="962854930">
    <w:abstractNumId w:val="4"/>
  </w:num>
  <w:num w:numId="5" w16cid:durableId="45567016">
    <w:abstractNumId w:val="7"/>
  </w:num>
  <w:num w:numId="6" w16cid:durableId="1511985658">
    <w:abstractNumId w:val="3"/>
  </w:num>
  <w:num w:numId="7" w16cid:durableId="1553539052">
    <w:abstractNumId w:val="2"/>
  </w:num>
  <w:num w:numId="8" w16cid:durableId="1677031385">
    <w:abstractNumId w:val="1"/>
  </w:num>
  <w:num w:numId="9" w16cid:durableId="104105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E4D"/>
    <w:rsid w:val="0014373F"/>
    <w:rsid w:val="0015074B"/>
    <w:rsid w:val="0029639D"/>
    <w:rsid w:val="00326F90"/>
    <w:rsid w:val="0036506A"/>
    <w:rsid w:val="006A1FA6"/>
    <w:rsid w:val="00875DBE"/>
    <w:rsid w:val="00AA1D8D"/>
    <w:rsid w:val="00B47730"/>
    <w:rsid w:val="00CB0664"/>
    <w:rsid w:val="00EF41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8882B"/>
  <w14:defaultImageDpi w14:val="300"/>
  <w15:docId w15:val="{08951D02-A96A-49C9-ACEF-317B68C4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DejaVu Sans" w:hAnsi="DejaVu Sans"/>
      <w:sz w:val="17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Anita Živković</cp:lastModifiedBy>
  <cp:revision>2</cp:revision>
  <cp:lastPrinted>2026-09-30T14:01:00Z</cp:lastPrinted>
  <dcterms:created xsi:type="dcterms:W3CDTF">2013-12-23T23:15:00Z</dcterms:created>
  <dcterms:modified xsi:type="dcterms:W3CDTF">2026-09-30T14:28:00Z</dcterms:modified>
  <cp:category/>
</cp:coreProperties>
</file>