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0B5E" w14:textId="77777777" w:rsidR="008D7530" w:rsidRDefault="00000000">
      <w:pPr>
        <w:jc w:val="center"/>
      </w:pPr>
      <w:r>
        <w:rPr>
          <w:rFonts w:ascii="Aptos Display" w:hAnsi="Aptos Display"/>
          <w:b/>
          <w:color w:val="4D8157"/>
          <w:sz w:val="40"/>
        </w:rPr>
        <w:t>JELOVNIK ZA RUJAN 2026.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835"/>
        <w:gridCol w:w="2835"/>
        <w:gridCol w:w="2834"/>
        <w:gridCol w:w="2836"/>
        <w:gridCol w:w="2835"/>
      </w:tblGrid>
      <w:tr w:rsidR="008D7530" w14:paraId="1DA01125" w14:textId="77777777" w:rsidTr="00E11E79">
        <w:trPr>
          <w:jc w:val="center"/>
        </w:trPr>
        <w:tc>
          <w:tcPr>
            <w:tcW w:w="1701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CE087" w14:textId="77777777" w:rsidR="008D7530" w:rsidRDefault="008D7530">
            <w:pPr>
              <w:jc w:val="center"/>
            </w:pPr>
          </w:p>
        </w:tc>
        <w:tc>
          <w:tcPr>
            <w:tcW w:w="2835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FDE2E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DE6A8A" w14:textId="77777777" w:rsidR="008D7530" w:rsidRDefault="00000000">
            <w:pPr>
              <w:jc w:val="center"/>
            </w:pPr>
            <w:r>
              <w:rPr>
                <w:rFonts w:ascii="Aptos" w:hAnsi="Aptos"/>
                <w:b/>
                <w:color w:val="D97A68"/>
                <w:sz w:val="21"/>
              </w:rPr>
              <w:t>1. TJEDAN</w:t>
            </w:r>
          </w:p>
        </w:tc>
        <w:tc>
          <w:tcPr>
            <w:tcW w:w="2835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FFF1C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A259F" w14:textId="77777777" w:rsidR="008D7530" w:rsidRDefault="00000000">
            <w:pPr>
              <w:jc w:val="center"/>
            </w:pPr>
            <w:r>
              <w:rPr>
                <w:rFonts w:ascii="Aptos" w:hAnsi="Aptos"/>
                <w:b/>
                <w:color w:val="C89B2D"/>
                <w:sz w:val="21"/>
              </w:rPr>
              <w:t>2. TJEDAN</w:t>
            </w:r>
          </w:p>
        </w:tc>
        <w:tc>
          <w:tcPr>
            <w:tcW w:w="2834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DDF3E4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721769" w14:textId="77777777" w:rsidR="008D7530" w:rsidRDefault="00000000">
            <w:pPr>
              <w:jc w:val="center"/>
            </w:pPr>
            <w:r>
              <w:rPr>
                <w:rFonts w:ascii="Aptos" w:hAnsi="Aptos"/>
                <w:b/>
                <w:color w:val="5E9E72"/>
                <w:sz w:val="21"/>
              </w:rPr>
              <w:t>3. TJEDAN</w:t>
            </w:r>
          </w:p>
        </w:tc>
        <w:tc>
          <w:tcPr>
            <w:tcW w:w="2836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DDEB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F8D808" w14:textId="77777777" w:rsidR="008D7530" w:rsidRDefault="00000000">
            <w:pPr>
              <w:jc w:val="center"/>
            </w:pPr>
            <w:r>
              <w:rPr>
                <w:rFonts w:ascii="Aptos" w:hAnsi="Aptos"/>
                <w:b/>
                <w:color w:val="5F83C0"/>
                <w:sz w:val="21"/>
              </w:rPr>
              <w:t>4. TJEDAN</w:t>
            </w:r>
          </w:p>
        </w:tc>
        <w:tc>
          <w:tcPr>
            <w:tcW w:w="2835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EADC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849048" w14:textId="77777777" w:rsidR="008D7530" w:rsidRDefault="00000000">
            <w:pPr>
              <w:jc w:val="center"/>
            </w:pPr>
            <w:r>
              <w:rPr>
                <w:rFonts w:ascii="Aptos" w:hAnsi="Aptos"/>
                <w:b/>
                <w:color w:val="9A6BB0"/>
                <w:sz w:val="21"/>
              </w:rPr>
              <w:t>5. TJEDAN</w:t>
            </w:r>
          </w:p>
        </w:tc>
      </w:tr>
      <w:tr w:rsidR="008D7530" w14:paraId="03F9ED8C" w14:textId="77777777" w:rsidTr="00E11E79">
        <w:trPr>
          <w:trHeight w:val="1750"/>
          <w:jc w:val="center"/>
        </w:trPr>
        <w:tc>
          <w:tcPr>
            <w:tcW w:w="1701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FFD6A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BE7D01" w14:textId="77777777" w:rsidR="008D7530" w:rsidRDefault="00000000">
            <w:pPr>
              <w:jc w:val="center"/>
            </w:pPr>
            <w:r>
              <w:rPr>
                <w:rFonts w:ascii="Aptos Display" w:hAnsi="Aptos Display"/>
                <w:b/>
                <w:color w:val="D97A68"/>
                <w:sz w:val="24"/>
              </w:rPr>
              <w:t>PONEDJELJAK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D5D6C" w14:textId="3A5CFBA9" w:rsidR="008D7530" w:rsidRDefault="008D7530">
            <w:pPr>
              <w:spacing w:line="216" w:lineRule="auto"/>
              <w:jc w:val="center"/>
            </w:pP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55C6AF" w14:textId="2EEEF2D6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</w:t>
            </w:r>
            <w:proofErr w:type="gramStart"/>
            <w:r w:rsidR="00E11E79">
              <w:rPr>
                <w:rFonts w:ascii="Aptos" w:hAnsi="Aptos"/>
                <w:b/>
                <w:color w:val="4D8157"/>
                <w:sz w:val="18"/>
              </w:rPr>
              <w:t>PAHULJICE,MLIJEKO</w:t>
            </w:r>
            <w:proofErr w:type="gramEnd"/>
          </w:p>
          <w:p w14:paraId="04B4083C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GRAH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HRENOVKE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09ACA56A" w14:textId="2032F540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</w:t>
            </w:r>
          </w:p>
        </w:tc>
        <w:tc>
          <w:tcPr>
            <w:tcW w:w="283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28F27" w14:textId="6A561590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GRIZ</w:t>
            </w:r>
          </w:p>
          <w:p w14:paraId="5D4A951F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SLANUTAK VARIVO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 KOMADIĆIMA MESA</w:t>
            </w:r>
          </w:p>
          <w:p w14:paraId="1147AAD2" w14:textId="1BC291B8" w:rsidR="008D7530" w:rsidRDefault="00000000">
            <w:pPr>
              <w:spacing w:line="216" w:lineRule="auto"/>
              <w:jc w:val="center"/>
            </w:pPr>
            <w:proofErr w:type="gramStart"/>
            <w:r>
              <w:rPr>
                <w:rFonts w:ascii="Aptos" w:hAnsi="Aptos"/>
                <w:b/>
                <w:color w:val="4D8157"/>
                <w:sz w:val="18"/>
              </w:rPr>
              <w:t>UŽINA: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</w:t>
            </w:r>
            <w:proofErr w:type="gramEnd"/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KEKS</w:t>
            </w:r>
          </w:p>
        </w:tc>
        <w:tc>
          <w:tcPr>
            <w:tcW w:w="283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70E4A1" w14:textId="70C30EBB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KRUH, PAŠTETA, CEDEVITA</w:t>
            </w:r>
          </w:p>
          <w:p w14:paraId="56FF99A7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ŠPAGETI BOLONJEZ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26B6791B" w14:textId="2386D90F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50C7B1" w14:textId="20F09D4A" w:rsidR="008D7530" w:rsidRDefault="00000000">
            <w:pPr>
              <w:spacing w:line="216" w:lineRule="auto"/>
              <w:jc w:val="center"/>
            </w:pPr>
            <w:proofErr w:type="gramStart"/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PAHULJICE</w:t>
            </w:r>
            <w:proofErr w:type="gramEnd"/>
            <w:r w:rsidR="00E11E79">
              <w:rPr>
                <w:rFonts w:ascii="Aptos" w:hAnsi="Aptos"/>
                <w:b/>
                <w:color w:val="4D8157"/>
                <w:sz w:val="18"/>
              </w:rPr>
              <w:t>, MLIJEKO</w:t>
            </w:r>
          </w:p>
          <w:p w14:paraId="5309A4B2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MESNE OKRUGLICE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PIRE KRUMPIR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340020DF" w14:textId="762A57A4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</w:t>
            </w:r>
          </w:p>
        </w:tc>
      </w:tr>
      <w:tr w:rsidR="008D7530" w14:paraId="2888A7D9" w14:textId="77777777" w:rsidTr="00E11E79">
        <w:trPr>
          <w:trHeight w:val="1750"/>
          <w:jc w:val="center"/>
        </w:trPr>
        <w:tc>
          <w:tcPr>
            <w:tcW w:w="1701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FDFFB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AC1DE" w14:textId="77777777" w:rsidR="008D7530" w:rsidRDefault="00000000">
            <w:pPr>
              <w:jc w:val="center"/>
            </w:pPr>
            <w:r>
              <w:rPr>
                <w:rFonts w:ascii="Aptos Display" w:hAnsi="Aptos Display"/>
                <w:b/>
                <w:color w:val="C89B2D"/>
                <w:sz w:val="24"/>
              </w:rPr>
              <w:t>UTORAK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8C295A" w14:textId="7BBDD692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MARGARIN, KRUH, KAKAO</w:t>
            </w:r>
          </w:p>
          <w:p w14:paraId="7B1B5B60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MAHUNE VARIVO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POHANI KOTLET</w:t>
            </w:r>
          </w:p>
          <w:p w14:paraId="638D717A" w14:textId="3ECE0723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473C0C" w14:textId="458955D5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SALAMA, KRUH, MARGARIN</w:t>
            </w:r>
          </w:p>
          <w:p w14:paraId="7BD77352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GRAŠAK VARIVO S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POHANA PILETINA</w:t>
            </w:r>
          </w:p>
          <w:p w14:paraId="136FFE43" w14:textId="21530411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</w:t>
            </w:r>
          </w:p>
        </w:tc>
        <w:tc>
          <w:tcPr>
            <w:tcW w:w="283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7A125A" w14:textId="26C91891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KRUH, HRENOVKE</w:t>
            </w:r>
          </w:p>
          <w:p w14:paraId="481EE182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FINO VARIVO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POHANI KOTLET</w:t>
            </w:r>
          </w:p>
          <w:p w14:paraId="63BE17C2" w14:textId="5C73748A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25E06" w14:textId="430424FA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 xml:space="preserve"> PAHULJICE, MLIJEKO</w:t>
            </w:r>
          </w:p>
          <w:p w14:paraId="05FDB8EA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KUPUS VARIVO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POHANI KOTLET</w:t>
            </w:r>
          </w:p>
          <w:p w14:paraId="71ABAD57" w14:textId="4AC4BF76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F1D96C" w14:textId="00C002DA" w:rsidR="00360D5A" w:rsidRPr="00360D5A" w:rsidRDefault="00000000" w:rsidP="00360D5A">
            <w:pPr>
              <w:spacing w:line="216" w:lineRule="auto"/>
              <w:jc w:val="center"/>
              <w:rPr>
                <w:rFonts w:ascii="Aptos" w:hAnsi="Aptos"/>
                <w:b/>
                <w:color w:val="4D8157"/>
                <w:sz w:val="18"/>
              </w:rPr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 xml:space="preserve"> KRUH, PAŠTETA, CEDEVITA</w:t>
            </w:r>
          </w:p>
          <w:p w14:paraId="608107B5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MAHUNE VARIVO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POHANA PILETINA</w:t>
            </w:r>
          </w:p>
          <w:p w14:paraId="51118784" w14:textId="57E60FCD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</w:tr>
      <w:tr w:rsidR="008D7530" w14:paraId="5DF6B73F" w14:textId="77777777" w:rsidTr="00E11E79">
        <w:trPr>
          <w:trHeight w:val="1750"/>
          <w:jc w:val="center"/>
        </w:trPr>
        <w:tc>
          <w:tcPr>
            <w:tcW w:w="1701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CAFFB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9C01F5" w14:textId="77777777" w:rsidR="008D7530" w:rsidRDefault="00000000">
            <w:pPr>
              <w:jc w:val="center"/>
            </w:pPr>
            <w:r>
              <w:rPr>
                <w:rFonts w:ascii="Aptos Display" w:hAnsi="Aptos Display"/>
                <w:b/>
                <w:color w:val="5E9E72"/>
                <w:sz w:val="24"/>
              </w:rPr>
              <w:t>SRIJEDA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03CA7B" w14:textId="4C6EC3D8" w:rsidR="008D7530" w:rsidRDefault="00000000" w:rsidP="00E11E79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SIRNI NAMAZ, KRUH</w:t>
            </w:r>
          </w:p>
          <w:p w14:paraId="7D7B862E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GULAŠ S TIJESTOM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06D78714" w14:textId="732ECB34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5C131" w14:textId="33F9B092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MLIJEČNI NAMAZ, KRUH</w:t>
            </w:r>
          </w:p>
          <w:p w14:paraId="7BB12DBE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ODREZAK U GLJIVAMA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KRUMPIR PIRE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5734D406" w14:textId="27219BB3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</w:t>
            </w:r>
          </w:p>
        </w:tc>
        <w:tc>
          <w:tcPr>
            <w:tcW w:w="283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B6C9B7" w14:textId="7D89E8FE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KRUH, MARGARIN, KAKAO</w:t>
            </w:r>
          </w:p>
          <w:p w14:paraId="1F653BA9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POHANA PILETINA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PIRE KRUMPIR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09AE957E" w14:textId="155DBC5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9C71D" w14:textId="5FC1EB03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KRUH, MLIJEČNI NAMAZ</w:t>
            </w:r>
          </w:p>
          <w:p w14:paraId="514849D3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KUHANO MESO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SOS/KRUMPIR</w:t>
            </w:r>
          </w:p>
          <w:p w14:paraId="5D44F686" w14:textId="59725C5E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24879" w14:textId="739368F9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KRUH, MLIJEČNI NAMAZ, ČAJ</w:t>
            </w:r>
          </w:p>
          <w:p w14:paraId="079322FA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PEČENA PILETINA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MLINCI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32B17C34" w14:textId="08B40754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</w:tr>
      <w:tr w:rsidR="008D7530" w14:paraId="2724B4DA" w14:textId="77777777" w:rsidTr="00E11E79">
        <w:trPr>
          <w:trHeight w:val="1750"/>
          <w:jc w:val="center"/>
        </w:trPr>
        <w:tc>
          <w:tcPr>
            <w:tcW w:w="1701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BDE0FE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0DC5A" w14:textId="77777777" w:rsidR="008D7530" w:rsidRDefault="00000000">
            <w:pPr>
              <w:jc w:val="center"/>
            </w:pPr>
            <w:r>
              <w:rPr>
                <w:rFonts w:ascii="Aptos Display" w:hAnsi="Aptos Display"/>
                <w:b/>
                <w:color w:val="5F83C0"/>
                <w:sz w:val="24"/>
              </w:rPr>
              <w:t>ČETVRTAK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725B30" w14:textId="48D54383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PAŠTETA, ČAJ</w:t>
            </w:r>
          </w:p>
          <w:p w14:paraId="732108E4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ŠPAGETI BOLONJEZ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555F0578" w14:textId="2C57B3FE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UŽINA: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1A323" w14:textId="5C167D3F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DORUČAK: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MARGARIN, KAKAO</w:t>
            </w:r>
          </w:p>
          <w:p w14:paraId="71BC47AF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SLAVONSKI PAPRIKAŠ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5F16F9D6" w14:textId="3D2D12B6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VOĆE. KEKS</w:t>
            </w:r>
          </w:p>
        </w:tc>
        <w:tc>
          <w:tcPr>
            <w:tcW w:w="283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B6AED" w14:textId="3D1C3500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KRUH, ČOKOLADNI NAMAZ, MLIJEKO</w:t>
            </w:r>
          </w:p>
          <w:p w14:paraId="0CC1B3F5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SVINJSKI RIŽOTO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7E2177C5" w14:textId="6560DBFD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CC27D" w14:textId="26D8BC6D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ČOKOLADNI NAMAZ, KRUH</w:t>
            </w:r>
          </w:p>
          <w:p w14:paraId="4FBE346A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ŠPECLE S PILETINOM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I VRHNJEM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SALATA</w:t>
            </w:r>
          </w:p>
          <w:p w14:paraId="4EED9BC7" w14:textId="20336103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2C8F9" w14:textId="792F1117" w:rsidR="008D7530" w:rsidRDefault="008D7530">
            <w:pPr>
              <w:spacing w:line="216" w:lineRule="auto"/>
              <w:jc w:val="center"/>
            </w:pPr>
          </w:p>
        </w:tc>
      </w:tr>
      <w:tr w:rsidR="008D7530" w14:paraId="521E52C2" w14:textId="77777777" w:rsidTr="00E11E79">
        <w:trPr>
          <w:trHeight w:val="1750"/>
          <w:jc w:val="center"/>
        </w:trPr>
        <w:tc>
          <w:tcPr>
            <w:tcW w:w="1701" w:type="dxa"/>
            <w:tcBorders>
              <w:top w:val="single" w:sz="8" w:space="0" w:color="A7A7A7"/>
              <w:left w:val="single" w:sz="8" w:space="0" w:color="A7A7A7"/>
              <w:bottom w:val="single" w:sz="8" w:space="0" w:color="A7A7A7"/>
              <w:right w:val="single" w:sz="8" w:space="0" w:color="A7A7A7"/>
            </w:tcBorders>
            <w:shd w:val="clear" w:color="auto" w:fill="FFC6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AD21B" w14:textId="77777777" w:rsidR="008D7530" w:rsidRDefault="00000000">
            <w:pPr>
              <w:jc w:val="center"/>
            </w:pPr>
            <w:r>
              <w:rPr>
                <w:rFonts w:ascii="Aptos Display" w:hAnsi="Aptos Display"/>
                <w:b/>
                <w:color w:val="9A6BB0"/>
                <w:sz w:val="24"/>
              </w:rPr>
              <w:t>PETAK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9B3784" w14:textId="6E64149D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ČOKOLADNI NAMAZ, KRUH</w:t>
            </w:r>
          </w:p>
          <w:p w14:paraId="32AD9766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POHANI SOM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BLITVA/KRUMPIR</w:t>
            </w:r>
          </w:p>
          <w:p w14:paraId="4895F2BB" w14:textId="3B5E7C1B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>UŽINA: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 xml:space="preserve"> 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DBF22" w14:textId="2469714F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KRUH, ČOKOLADNI NAMAZ</w:t>
            </w:r>
          </w:p>
          <w:p w14:paraId="47EA54F7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RIBLJI ŠTAPIĆI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RESTANI KRUMPIR</w:t>
            </w:r>
          </w:p>
          <w:p w14:paraId="03CA6ADD" w14:textId="2ECABF4E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E11E79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25FAE" w14:textId="4F9DA9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KRUH, MLIJEČNI NAMAZ</w:t>
            </w:r>
          </w:p>
          <w:p w14:paraId="49CD3CF3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BUREK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JOGURT</w:t>
            </w:r>
          </w:p>
          <w:p w14:paraId="61A80C98" w14:textId="74E40B12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6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806A7" w14:textId="58B3E7EE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DORUČAK: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KRUH, MARGARIN, KAKAO</w:t>
            </w:r>
          </w:p>
          <w:p w14:paraId="7423E991" w14:textId="77777777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D57E51"/>
                <w:sz w:val="18"/>
              </w:rPr>
              <w:t>RUČAK: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JUHA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POHANI OSLIĆ</w:t>
            </w:r>
            <w:r>
              <w:rPr>
                <w:rFonts w:ascii="Aptos" w:hAnsi="Aptos"/>
                <w:b/>
                <w:color w:val="D57E51"/>
                <w:sz w:val="18"/>
              </w:rPr>
              <w:br/>
              <w:t>SLANI KRUMPIR</w:t>
            </w:r>
          </w:p>
          <w:p w14:paraId="20C442A9" w14:textId="20F7B1F2" w:rsidR="008D7530" w:rsidRDefault="00000000">
            <w:pPr>
              <w:spacing w:line="216" w:lineRule="auto"/>
              <w:jc w:val="center"/>
            </w:pPr>
            <w:r>
              <w:rPr>
                <w:rFonts w:ascii="Aptos" w:hAnsi="Aptos"/>
                <w:b/>
                <w:color w:val="4D8157"/>
                <w:sz w:val="18"/>
              </w:rPr>
              <w:t xml:space="preserve">UŽINA: </w:t>
            </w:r>
            <w:r w:rsidR="00360D5A">
              <w:rPr>
                <w:rFonts w:ascii="Aptos" w:hAnsi="Aptos"/>
                <w:b/>
                <w:color w:val="4D8157"/>
                <w:sz w:val="18"/>
              </w:rPr>
              <w:t>VOĆE, KEKS</w:t>
            </w:r>
          </w:p>
        </w:tc>
        <w:tc>
          <w:tcPr>
            <w:tcW w:w="283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FFFE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21DCE" w14:textId="1DAF8A48" w:rsidR="008D7530" w:rsidRDefault="008D7530">
            <w:pPr>
              <w:spacing w:line="216" w:lineRule="auto"/>
              <w:jc w:val="center"/>
            </w:pPr>
          </w:p>
        </w:tc>
      </w:tr>
    </w:tbl>
    <w:p w14:paraId="7059BE08" w14:textId="77777777" w:rsidR="00AF54B7" w:rsidRDefault="00AF54B7"/>
    <w:sectPr w:rsidR="00AF54B7" w:rsidSect="00034616">
      <w:pgSz w:w="16838" w:h="11906" w:orient="landscape"/>
      <w:pgMar w:top="560" w:right="480" w:bottom="560" w:left="4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203571">
    <w:abstractNumId w:val="8"/>
  </w:num>
  <w:num w:numId="2" w16cid:durableId="278878774">
    <w:abstractNumId w:val="6"/>
  </w:num>
  <w:num w:numId="3" w16cid:durableId="177889345">
    <w:abstractNumId w:val="5"/>
  </w:num>
  <w:num w:numId="4" w16cid:durableId="1404596846">
    <w:abstractNumId w:val="4"/>
  </w:num>
  <w:num w:numId="5" w16cid:durableId="805049907">
    <w:abstractNumId w:val="7"/>
  </w:num>
  <w:num w:numId="6" w16cid:durableId="915171609">
    <w:abstractNumId w:val="3"/>
  </w:num>
  <w:num w:numId="7" w16cid:durableId="1441103392">
    <w:abstractNumId w:val="2"/>
  </w:num>
  <w:num w:numId="8" w16cid:durableId="786004212">
    <w:abstractNumId w:val="1"/>
  </w:num>
  <w:num w:numId="9" w16cid:durableId="885607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0D5A"/>
    <w:rsid w:val="008D7530"/>
    <w:rsid w:val="00A30F42"/>
    <w:rsid w:val="00AA1D8D"/>
    <w:rsid w:val="00AF54B7"/>
    <w:rsid w:val="00B47730"/>
    <w:rsid w:val="00CB0664"/>
    <w:rsid w:val="00CB3547"/>
    <w:rsid w:val="00E11E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9CEBA"/>
  <w14:defaultImageDpi w14:val="300"/>
  <w15:docId w15:val="{C7E0D7EE-1EE1-4737-9B1D-AF1A645F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 Živković</cp:lastModifiedBy>
  <cp:revision>2</cp:revision>
  <cp:lastPrinted>2026-08-31T11:40:00Z</cp:lastPrinted>
  <dcterms:created xsi:type="dcterms:W3CDTF">2013-12-23T23:15:00Z</dcterms:created>
  <dcterms:modified xsi:type="dcterms:W3CDTF">2026-08-31T11:45:00Z</dcterms:modified>
  <cp:category/>
</cp:coreProperties>
</file>