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DFE03" w14:textId="77777777" w:rsidR="005225AF" w:rsidRDefault="00000000">
      <w:pPr>
        <w:jc w:val="center"/>
      </w:pPr>
      <w:r>
        <w:rPr>
          <w:rFonts w:ascii="Arial" w:hAnsi="Arial"/>
          <w:b/>
          <w:sz w:val="32"/>
        </w:rPr>
        <w:t>JELOVNIK ZA KOLOVOZ 2026.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4195"/>
        <w:gridCol w:w="4195"/>
        <w:gridCol w:w="4195"/>
      </w:tblGrid>
      <w:tr w:rsidR="005225AF" w14:paraId="41A4F969" w14:textId="77777777" w:rsidTr="0082068C">
        <w:trPr>
          <w:trHeight w:val="680"/>
          <w:jc w:val="center"/>
        </w:trPr>
        <w:tc>
          <w:tcPr>
            <w:tcW w:w="2268" w:type="dxa"/>
            <w:shd w:val="clear" w:color="auto" w:fill="EDEDED"/>
            <w:vAlign w:val="center"/>
          </w:tcPr>
          <w:p w14:paraId="7AD6AE33" w14:textId="77777777" w:rsidR="005225AF" w:rsidRDefault="005225AF">
            <w:pPr>
              <w:spacing w:after="0"/>
              <w:jc w:val="center"/>
            </w:pPr>
          </w:p>
        </w:tc>
        <w:tc>
          <w:tcPr>
            <w:tcW w:w="4195" w:type="dxa"/>
            <w:shd w:val="clear" w:color="auto" w:fill="EDEDED"/>
            <w:vAlign w:val="center"/>
          </w:tcPr>
          <w:p w14:paraId="18E5D723" w14:textId="77777777" w:rsidR="005225AF" w:rsidRDefault="00000000">
            <w:pPr>
              <w:spacing w:after="0"/>
              <w:jc w:val="center"/>
            </w:pPr>
            <w:r>
              <w:rPr>
                <w:rFonts w:ascii="Arial" w:hAnsi="Arial"/>
                <w:b/>
                <w:sz w:val="20"/>
              </w:rPr>
              <w:t>3. TJEDAN</w:t>
            </w:r>
          </w:p>
        </w:tc>
        <w:tc>
          <w:tcPr>
            <w:tcW w:w="4195" w:type="dxa"/>
            <w:shd w:val="clear" w:color="auto" w:fill="EDEDED"/>
            <w:vAlign w:val="center"/>
          </w:tcPr>
          <w:p w14:paraId="447B0FE3" w14:textId="77777777" w:rsidR="005225AF" w:rsidRDefault="00000000">
            <w:pPr>
              <w:spacing w:after="0"/>
              <w:jc w:val="center"/>
            </w:pPr>
            <w:r>
              <w:rPr>
                <w:rFonts w:ascii="Arial" w:hAnsi="Arial"/>
                <w:b/>
                <w:sz w:val="20"/>
              </w:rPr>
              <w:t>4. TJEDAN</w:t>
            </w:r>
          </w:p>
        </w:tc>
        <w:tc>
          <w:tcPr>
            <w:tcW w:w="4195" w:type="dxa"/>
            <w:shd w:val="clear" w:color="auto" w:fill="EDEDED"/>
            <w:vAlign w:val="center"/>
          </w:tcPr>
          <w:p w14:paraId="401D5DD1" w14:textId="77777777" w:rsidR="005225AF" w:rsidRDefault="00000000">
            <w:pPr>
              <w:spacing w:after="0"/>
              <w:jc w:val="center"/>
            </w:pPr>
            <w:r>
              <w:rPr>
                <w:rFonts w:ascii="Arial" w:hAnsi="Arial"/>
                <w:b/>
                <w:sz w:val="20"/>
              </w:rPr>
              <w:t>5. TJEDAN</w:t>
            </w:r>
          </w:p>
        </w:tc>
      </w:tr>
      <w:tr w:rsidR="005225AF" w:rsidRPr="007129F4" w14:paraId="5F151C8C" w14:textId="77777777" w:rsidTr="0082068C">
        <w:trPr>
          <w:trHeight w:val="1559"/>
          <w:jc w:val="center"/>
        </w:trPr>
        <w:tc>
          <w:tcPr>
            <w:tcW w:w="2268" w:type="dxa"/>
            <w:shd w:val="clear" w:color="auto" w:fill="FFFFFF"/>
            <w:vAlign w:val="center"/>
          </w:tcPr>
          <w:p w14:paraId="71010CDB" w14:textId="77777777" w:rsidR="005225AF" w:rsidRPr="007129F4" w:rsidRDefault="00000000">
            <w:pPr>
              <w:spacing w:after="0"/>
              <w:jc w:val="center"/>
              <w:rPr>
                <w:sz w:val="24"/>
                <w:szCs w:val="24"/>
              </w:rPr>
            </w:pPr>
            <w:r w:rsidRPr="007129F4">
              <w:rPr>
                <w:rFonts w:ascii="Arial" w:hAnsi="Arial"/>
                <w:b/>
                <w:szCs w:val="24"/>
              </w:rPr>
              <w:t>PONEDJELJAK</w:t>
            </w:r>
          </w:p>
        </w:tc>
        <w:tc>
          <w:tcPr>
            <w:tcW w:w="4195" w:type="dxa"/>
            <w:shd w:val="clear" w:color="auto" w:fill="FFFFFF"/>
            <w:vAlign w:val="center"/>
          </w:tcPr>
          <w:p w14:paraId="505713FC" w14:textId="48F4E0BE" w:rsidR="005225AF" w:rsidRPr="00D47428" w:rsidRDefault="007129F4">
            <w:pPr>
              <w:spacing w:after="0"/>
              <w:jc w:val="center"/>
            </w:pPr>
            <w:r w:rsidRPr="00D47428">
              <w:t>GODIŠNJI</w:t>
            </w:r>
          </w:p>
        </w:tc>
        <w:tc>
          <w:tcPr>
            <w:tcW w:w="4195" w:type="dxa"/>
            <w:shd w:val="clear" w:color="auto" w:fill="FFFFFF"/>
            <w:vAlign w:val="center"/>
          </w:tcPr>
          <w:p w14:paraId="0F42C340" w14:textId="55D8C944" w:rsidR="00B36FA4" w:rsidRPr="00D47428" w:rsidRDefault="00B36FA4">
            <w:pPr>
              <w:spacing w:after="0"/>
              <w:jc w:val="center"/>
              <w:rPr>
                <w:rFonts w:ascii="Arial" w:hAnsi="Arial"/>
              </w:rPr>
            </w:pPr>
            <w:r w:rsidRPr="00D47428">
              <w:rPr>
                <w:rFonts w:ascii="Arial" w:hAnsi="Arial"/>
                <w:b/>
                <w:bCs/>
                <w:highlight w:val="yellow"/>
              </w:rPr>
              <w:t>DORUČAK:</w:t>
            </w:r>
            <w:r w:rsidRPr="00D47428">
              <w:rPr>
                <w:rFonts w:ascii="Arial" w:hAnsi="Arial"/>
                <w:highlight w:val="yellow"/>
              </w:rPr>
              <w:t xml:space="preserve"> GRIZ</w:t>
            </w:r>
          </w:p>
          <w:p w14:paraId="37D801CA" w14:textId="4BB0054A" w:rsidR="005225AF" w:rsidRPr="00D47428" w:rsidRDefault="003F0F3B">
            <w:pPr>
              <w:spacing w:after="0"/>
              <w:jc w:val="center"/>
              <w:rPr>
                <w:rFonts w:ascii="Arial" w:hAnsi="Arial"/>
              </w:rPr>
            </w:pPr>
            <w:r w:rsidRPr="00D47428">
              <w:rPr>
                <w:rFonts w:ascii="Arial" w:hAnsi="Arial"/>
                <w:b/>
                <w:bCs/>
                <w:highlight w:val="green"/>
              </w:rPr>
              <w:t>RUČAK:</w:t>
            </w:r>
            <w:r w:rsidRPr="00D47428">
              <w:rPr>
                <w:rFonts w:ascii="Arial" w:hAnsi="Arial"/>
                <w:highlight w:val="green"/>
              </w:rPr>
              <w:t xml:space="preserve"> </w:t>
            </w:r>
            <w:r w:rsidR="00000000" w:rsidRPr="00D47428">
              <w:rPr>
                <w:rFonts w:ascii="Arial" w:hAnsi="Arial"/>
                <w:highlight w:val="green"/>
              </w:rPr>
              <w:t>SLANUTAK VARIVO</w:t>
            </w:r>
            <w:r w:rsidR="00000000" w:rsidRPr="00D47428">
              <w:rPr>
                <w:rFonts w:ascii="Arial" w:hAnsi="Arial"/>
                <w:highlight w:val="green"/>
              </w:rPr>
              <w:br/>
              <w:t>S KOMADIĆIMA MESA</w:t>
            </w:r>
          </w:p>
          <w:p w14:paraId="37A69013" w14:textId="4A8F5967" w:rsidR="00B36FA4" w:rsidRPr="00D47428" w:rsidRDefault="00B36FA4">
            <w:pPr>
              <w:spacing w:after="0"/>
              <w:jc w:val="center"/>
            </w:pPr>
            <w:r w:rsidRPr="00D47428">
              <w:rPr>
                <w:rFonts w:ascii="Arial" w:hAnsi="Arial"/>
                <w:b/>
                <w:bCs/>
                <w:highlight w:val="cyan"/>
              </w:rPr>
              <w:t>UŽINA</w:t>
            </w:r>
            <w:r w:rsidRPr="00D47428">
              <w:rPr>
                <w:rFonts w:ascii="Arial" w:hAnsi="Arial"/>
                <w:highlight w:val="cyan"/>
              </w:rPr>
              <w:t>: VOĆE, KEKS</w:t>
            </w:r>
          </w:p>
        </w:tc>
        <w:tc>
          <w:tcPr>
            <w:tcW w:w="4195" w:type="dxa"/>
            <w:shd w:val="clear" w:color="auto" w:fill="FFFFFF"/>
            <w:vAlign w:val="center"/>
          </w:tcPr>
          <w:p w14:paraId="3E3F5AFA" w14:textId="59176B20" w:rsidR="003F0F3B" w:rsidRPr="007129F4" w:rsidRDefault="003F0F3B">
            <w:pPr>
              <w:spacing w:after="0"/>
              <w:jc w:val="center"/>
              <w:rPr>
                <w:rFonts w:ascii="Arial" w:hAnsi="Arial"/>
                <w:szCs w:val="24"/>
              </w:rPr>
            </w:pPr>
            <w:r w:rsidRPr="007129F4">
              <w:rPr>
                <w:rFonts w:ascii="Arial" w:hAnsi="Arial"/>
                <w:b/>
                <w:bCs/>
                <w:szCs w:val="24"/>
                <w:highlight w:val="yellow"/>
              </w:rPr>
              <w:t>DORUČAK</w:t>
            </w:r>
            <w:r w:rsidRPr="007129F4">
              <w:rPr>
                <w:rFonts w:ascii="Arial" w:hAnsi="Arial"/>
                <w:szCs w:val="24"/>
                <w:highlight w:val="yellow"/>
              </w:rPr>
              <w:t>: KRUH, PAŠTETA, ČAJ</w:t>
            </w:r>
          </w:p>
          <w:p w14:paraId="21BAF727" w14:textId="77777777" w:rsidR="005225AF" w:rsidRPr="007129F4" w:rsidRDefault="003F0F3B">
            <w:pPr>
              <w:spacing w:after="0"/>
              <w:jc w:val="center"/>
              <w:rPr>
                <w:rFonts w:ascii="Arial" w:hAnsi="Arial"/>
                <w:szCs w:val="24"/>
              </w:rPr>
            </w:pPr>
            <w:r w:rsidRPr="007129F4">
              <w:rPr>
                <w:rFonts w:ascii="Arial" w:hAnsi="Arial"/>
                <w:b/>
                <w:bCs/>
                <w:szCs w:val="24"/>
                <w:highlight w:val="green"/>
              </w:rPr>
              <w:t>RUČAK</w:t>
            </w:r>
            <w:r w:rsidRPr="007129F4">
              <w:rPr>
                <w:rFonts w:ascii="Arial" w:hAnsi="Arial"/>
                <w:szCs w:val="24"/>
                <w:highlight w:val="green"/>
              </w:rPr>
              <w:t xml:space="preserve">: </w:t>
            </w:r>
            <w:r w:rsidR="00000000" w:rsidRPr="007129F4">
              <w:rPr>
                <w:rFonts w:ascii="Arial" w:hAnsi="Arial"/>
                <w:szCs w:val="24"/>
                <w:highlight w:val="green"/>
              </w:rPr>
              <w:t>JUHA</w:t>
            </w:r>
            <w:r w:rsidR="00000000" w:rsidRPr="007129F4">
              <w:rPr>
                <w:rFonts w:ascii="Arial" w:hAnsi="Arial"/>
                <w:szCs w:val="24"/>
                <w:highlight w:val="green"/>
              </w:rPr>
              <w:br/>
              <w:t>MESNA ŠTRUCA</w:t>
            </w:r>
            <w:r w:rsidR="00000000" w:rsidRPr="007129F4">
              <w:rPr>
                <w:rFonts w:ascii="Arial" w:hAnsi="Arial"/>
                <w:szCs w:val="24"/>
                <w:highlight w:val="green"/>
              </w:rPr>
              <w:br/>
              <w:t>RIŽI BIZI</w:t>
            </w:r>
            <w:r w:rsidR="00000000" w:rsidRPr="007129F4">
              <w:rPr>
                <w:rFonts w:ascii="Arial" w:hAnsi="Arial"/>
                <w:szCs w:val="24"/>
                <w:highlight w:val="green"/>
              </w:rPr>
              <w:br/>
              <w:t>SALATA</w:t>
            </w:r>
          </w:p>
          <w:p w14:paraId="0BF20777" w14:textId="59AB114E" w:rsidR="003F0F3B" w:rsidRPr="007129F4" w:rsidRDefault="003F0F3B">
            <w:pPr>
              <w:spacing w:after="0"/>
              <w:jc w:val="center"/>
              <w:rPr>
                <w:sz w:val="24"/>
                <w:szCs w:val="24"/>
              </w:rPr>
            </w:pPr>
            <w:r w:rsidRPr="007129F4">
              <w:rPr>
                <w:rFonts w:ascii="Arial" w:hAnsi="Arial"/>
                <w:b/>
                <w:bCs/>
                <w:szCs w:val="24"/>
                <w:highlight w:val="cyan"/>
              </w:rPr>
              <w:t>UŽINA:</w:t>
            </w:r>
            <w:r w:rsidRPr="007129F4">
              <w:rPr>
                <w:rFonts w:ascii="Arial" w:hAnsi="Arial"/>
                <w:szCs w:val="24"/>
                <w:highlight w:val="cyan"/>
              </w:rPr>
              <w:t xml:space="preserve"> VOĆE, KEKS</w:t>
            </w:r>
          </w:p>
        </w:tc>
      </w:tr>
      <w:tr w:rsidR="005225AF" w:rsidRPr="007129F4" w14:paraId="1780F689" w14:textId="77777777" w:rsidTr="0082068C">
        <w:trPr>
          <w:trHeight w:val="1559"/>
          <w:jc w:val="center"/>
        </w:trPr>
        <w:tc>
          <w:tcPr>
            <w:tcW w:w="2268" w:type="dxa"/>
            <w:shd w:val="clear" w:color="auto" w:fill="FFFFFF"/>
            <w:vAlign w:val="center"/>
          </w:tcPr>
          <w:p w14:paraId="47F5092A" w14:textId="79F41CF3" w:rsidR="005225AF" w:rsidRPr="007129F4" w:rsidRDefault="006151E5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rFonts w:ascii="Arial" w:hAnsi="Arial"/>
                <w:b/>
                <w:szCs w:val="24"/>
              </w:rPr>
              <w:t xml:space="preserve"> </w:t>
            </w:r>
            <w:r w:rsidR="00000000" w:rsidRPr="007129F4">
              <w:rPr>
                <w:rFonts w:ascii="Arial" w:hAnsi="Arial"/>
                <w:b/>
                <w:szCs w:val="24"/>
              </w:rPr>
              <w:t>UTORAK</w:t>
            </w:r>
          </w:p>
        </w:tc>
        <w:tc>
          <w:tcPr>
            <w:tcW w:w="4195" w:type="dxa"/>
            <w:shd w:val="clear" w:color="auto" w:fill="FFFFFF"/>
            <w:vAlign w:val="center"/>
          </w:tcPr>
          <w:p w14:paraId="489BE04A" w14:textId="77777777" w:rsidR="00B36FA4" w:rsidRPr="00D47428" w:rsidRDefault="00B36FA4">
            <w:pPr>
              <w:spacing w:after="0"/>
              <w:jc w:val="center"/>
              <w:rPr>
                <w:rFonts w:ascii="Arial" w:hAnsi="Arial"/>
              </w:rPr>
            </w:pPr>
          </w:p>
          <w:p w14:paraId="34C81734" w14:textId="3A80B8E1" w:rsidR="00B36FA4" w:rsidRPr="00D47428" w:rsidRDefault="00B36FA4">
            <w:pPr>
              <w:spacing w:after="0"/>
              <w:jc w:val="center"/>
              <w:rPr>
                <w:rFonts w:ascii="Arial" w:hAnsi="Arial"/>
              </w:rPr>
            </w:pPr>
            <w:r w:rsidRPr="00D47428">
              <w:rPr>
                <w:rFonts w:ascii="Arial" w:hAnsi="Arial"/>
                <w:b/>
                <w:bCs/>
                <w:highlight w:val="yellow"/>
              </w:rPr>
              <w:t>DORUČAK</w:t>
            </w:r>
            <w:r w:rsidRPr="00D47428">
              <w:rPr>
                <w:rFonts w:ascii="Arial" w:hAnsi="Arial"/>
                <w:highlight w:val="yellow"/>
              </w:rPr>
              <w:t xml:space="preserve">: </w:t>
            </w:r>
            <w:r w:rsidR="00D47428" w:rsidRPr="00D47428">
              <w:rPr>
                <w:rFonts w:ascii="Arial" w:hAnsi="Arial"/>
                <w:highlight w:val="yellow"/>
              </w:rPr>
              <w:t>ČOKOLADNI NAMAZ</w:t>
            </w:r>
            <w:r w:rsidRPr="00D47428">
              <w:rPr>
                <w:rFonts w:ascii="Arial" w:hAnsi="Arial"/>
                <w:highlight w:val="yellow"/>
              </w:rPr>
              <w:t>, KRUH</w:t>
            </w:r>
          </w:p>
          <w:p w14:paraId="5249BACF" w14:textId="77777777" w:rsidR="00B36FA4" w:rsidRPr="00D47428" w:rsidRDefault="00B36FA4">
            <w:pPr>
              <w:spacing w:after="0"/>
              <w:jc w:val="center"/>
              <w:rPr>
                <w:rFonts w:ascii="Arial" w:hAnsi="Arial"/>
              </w:rPr>
            </w:pPr>
          </w:p>
          <w:p w14:paraId="1E6D7616" w14:textId="150FEA45" w:rsidR="005225AF" w:rsidRPr="00D47428" w:rsidRDefault="00B36FA4">
            <w:pPr>
              <w:spacing w:after="0"/>
              <w:jc w:val="center"/>
            </w:pPr>
            <w:r w:rsidRPr="00D47428">
              <w:rPr>
                <w:rFonts w:ascii="Arial" w:hAnsi="Arial"/>
                <w:b/>
                <w:bCs/>
                <w:highlight w:val="green"/>
              </w:rPr>
              <w:t>RUČAK:</w:t>
            </w:r>
            <w:r w:rsidRPr="00D47428">
              <w:rPr>
                <w:rFonts w:ascii="Arial" w:hAnsi="Arial"/>
                <w:highlight w:val="green"/>
              </w:rPr>
              <w:t xml:space="preserve"> </w:t>
            </w:r>
            <w:r w:rsidR="00000000" w:rsidRPr="00D47428">
              <w:rPr>
                <w:rFonts w:ascii="Arial" w:hAnsi="Arial"/>
                <w:highlight w:val="green"/>
              </w:rPr>
              <w:t>GRAŠAK VARIVO</w:t>
            </w:r>
            <w:r w:rsidR="00000000" w:rsidRPr="00D47428">
              <w:rPr>
                <w:rFonts w:ascii="Arial" w:hAnsi="Arial"/>
                <w:highlight w:val="green"/>
              </w:rPr>
              <w:br/>
              <w:t>POHANI KOTLET</w:t>
            </w:r>
            <w:r w:rsidRPr="00D47428">
              <w:rPr>
                <w:rFonts w:ascii="Arial" w:hAnsi="Arial"/>
              </w:rPr>
              <w:br/>
            </w:r>
            <w:r w:rsidRPr="00D47428">
              <w:rPr>
                <w:rFonts w:ascii="Arial" w:hAnsi="Arial"/>
                <w:b/>
                <w:bCs/>
                <w:highlight w:val="cyan"/>
              </w:rPr>
              <w:t>UŽINA:</w:t>
            </w:r>
            <w:r w:rsidRPr="00D47428">
              <w:rPr>
                <w:rFonts w:ascii="Arial" w:hAnsi="Arial"/>
                <w:highlight w:val="cyan"/>
              </w:rPr>
              <w:t xml:space="preserve"> KEKS</w:t>
            </w:r>
          </w:p>
        </w:tc>
        <w:tc>
          <w:tcPr>
            <w:tcW w:w="4195" w:type="dxa"/>
            <w:shd w:val="clear" w:color="auto" w:fill="FFFFFF"/>
            <w:vAlign w:val="center"/>
          </w:tcPr>
          <w:p w14:paraId="6B501459" w14:textId="5CFBE6B7" w:rsidR="00B36FA4" w:rsidRPr="00D47428" w:rsidRDefault="00B36FA4">
            <w:pPr>
              <w:spacing w:after="0"/>
              <w:jc w:val="center"/>
              <w:rPr>
                <w:rFonts w:ascii="Arial" w:hAnsi="Arial"/>
              </w:rPr>
            </w:pPr>
            <w:r w:rsidRPr="00D47428">
              <w:rPr>
                <w:rFonts w:ascii="Arial" w:hAnsi="Arial"/>
                <w:b/>
                <w:bCs/>
                <w:highlight w:val="yellow"/>
              </w:rPr>
              <w:t>DORUČAK:</w:t>
            </w:r>
            <w:r w:rsidRPr="00D47428">
              <w:rPr>
                <w:rFonts w:ascii="Arial" w:hAnsi="Arial"/>
                <w:highlight w:val="yellow"/>
              </w:rPr>
              <w:t xml:space="preserve"> PRSTIĆI, JOGURT</w:t>
            </w:r>
          </w:p>
          <w:p w14:paraId="0B6B94A8" w14:textId="2B980E7A" w:rsidR="005225AF" w:rsidRPr="00D47428" w:rsidRDefault="00B36FA4">
            <w:pPr>
              <w:spacing w:after="0"/>
              <w:jc w:val="center"/>
              <w:rPr>
                <w:rFonts w:ascii="Arial" w:hAnsi="Arial"/>
              </w:rPr>
            </w:pPr>
            <w:r w:rsidRPr="00D47428">
              <w:rPr>
                <w:rFonts w:ascii="Arial" w:hAnsi="Arial"/>
                <w:b/>
                <w:bCs/>
                <w:highlight w:val="green"/>
              </w:rPr>
              <w:t>RUČAK:</w:t>
            </w:r>
            <w:r w:rsidRPr="00D47428">
              <w:rPr>
                <w:rFonts w:ascii="Arial" w:hAnsi="Arial"/>
                <w:highlight w:val="green"/>
              </w:rPr>
              <w:t xml:space="preserve"> </w:t>
            </w:r>
            <w:r w:rsidR="00000000" w:rsidRPr="00D47428">
              <w:rPr>
                <w:rFonts w:ascii="Arial" w:hAnsi="Arial"/>
                <w:highlight w:val="green"/>
              </w:rPr>
              <w:t>FINO VARIVO</w:t>
            </w:r>
            <w:r w:rsidR="00000000" w:rsidRPr="00D47428">
              <w:rPr>
                <w:rFonts w:ascii="Arial" w:hAnsi="Arial"/>
                <w:highlight w:val="green"/>
              </w:rPr>
              <w:br/>
              <w:t>POHANA PILETINA</w:t>
            </w:r>
          </w:p>
          <w:p w14:paraId="6857FE0F" w14:textId="6C8246B4" w:rsidR="00B36FA4" w:rsidRPr="00D47428" w:rsidRDefault="00B36FA4">
            <w:pPr>
              <w:spacing w:after="0"/>
              <w:jc w:val="center"/>
            </w:pPr>
            <w:r w:rsidRPr="00D47428">
              <w:rPr>
                <w:rFonts w:ascii="Arial" w:hAnsi="Arial"/>
                <w:b/>
                <w:bCs/>
                <w:highlight w:val="cyan"/>
              </w:rPr>
              <w:t>UŽINA:</w:t>
            </w:r>
            <w:r w:rsidRPr="00D47428">
              <w:rPr>
                <w:rFonts w:ascii="Arial" w:hAnsi="Arial"/>
                <w:highlight w:val="cyan"/>
              </w:rPr>
              <w:t xml:space="preserve"> VOĆE, KEKS</w:t>
            </w:r>
          </w:p>
        </w:tc>
        <w:tc>
          <w:tcPr>
            <w:tcW w:w="4195" w:type="dxa"/>
            <w:shd w:val="clear" w:color="auto" w:fill="FFFFFF"/>
            <w:vAlign w:val="center"/>
          </w:tcPr>
          <w:p w14:paraId="12BA7E03" w14:textId="77777777" w:rsidR="005225AF" w:rsidRPr="007129F4" w:rsidRDefault="005225AF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5225AF" w:rsidRPr="007129F4" w14:paraId="062035CE" w14:textId="77777777" w:rsidTr="0082068C">
        <w:trPr>
          <w:trHeight w:val="1559"/>
          <w:jc w:val="center"/>
        </w:trPr>
        <w:tc>
          <w:tcPr>
            <w:tcW w:w="2268" w:type="dxa"/>
            <w:shd w:val="clear" w:color="auto" w:fill="FFFFFF"/>
            <w:vAlign w:val="center"/>
          </w:tcPr>
          <w:p w14:paraId="497E9726" w14:textId="77777777" w:rsidR="005225AF" w:rsidRPr="007129F4" w:rsidRDefault="00000000">
            <w:pPr>
              <w:spacing w:after="0"/>
              <w:jc w:val="center"/>
              <w:rPr>
                <w:sz w:val="24"/>
                <w:szCs w:val="24"/>
              </w:rPr>
            </w:pPr>
            <w:r w:rsidRPr="007129F4">
              <w:rPr>
                <w:rFonts w:ascii="Arial" w:hAnsi="Arial"/>
                <w:b/>
                <w:szCs w:val="24"/>
              </w:rPr>
              <w:t>SRIJEDA</w:t>
            </w:r>
          </w:p>
        </w:tc>
        <w:tc>
          <w:tcPr>
            <w:tcW w:w="4195" w:type="dxa"/>
            <w:shd w:val="clear" w:color="auto" w:fill="FFFFFF"/>
            <w:vAlign w:val="center"/>
          </w:tcPr>
          <w:p w14:paraId="29C1D3DA" w14:textId="2B39808C" w:rsidR="00B36FA4" w:rsidRPr="00D47428" w:rsidRDefault="00B36FA4">
            <w:pPr>
              <w:spacing w:after="0"/>
              <w:jc w:val="center"/>
              <w:rPr>
                <w:rFonts w:ascii="Arial" w:hAnsi="Arial"/>
                <w:b/>
                <w:bCs/>
              </w:rPr>
            </w:pPr>
            <w:r w:rsidRPr="00D47428">
              <w:rPr>
                <w:rFonts w:ascii="Arial" w:hAnsi="Arial"/>
                <w:b/>
                <w:bCs/>
                <w:highlight w:val="yellow"/>
              </w:rPr>
              <w:t>DORUČAK:</w:t>
            </w:r>
            <w:r w:rsidR="00D47428" w:rsidRPr="00D47428">
              <w:rPr>
                <w:rFonts w:ascii="Arial" w:hAnsi="Arial"/>
                <w:b/>
                <w:bCs/>
              </w:rPr>
              <w:t xml:space="preserve"> </w:t>
            </w:r>
            <w:r w:rsidR="00D47428" w:rsidRPr="00D47428">
              <w:rPr>
                <w:rFonts w:ascii="Arial" w:hAnsi="Arial"/>
              </w:rPr>
              <w:t>MLIJEČNI NAMAZ, KRUH</w:t>
            </w:r>
          </w:p>
          <w:p w14:paraId="18795B2F" w14:textId="4F5AA7A4" w:rsidR="005225AF" w:rsidRPr="00D47428" w:rsidRDefault="00B36FA4">
            <w:pPr>
              <w:spacing w:after="0"/>
              <w:jc w:val="center"/>
            </w:pPr>
            <w:r w:rsidRPr="00D47428">
              <w:rPr>
                <w:rFonts w:ascii="Arial" w:hAnsi="Arial"/>
                <w:b/>
                <w:bCs/>
                <w:highlight w:val="green"/>
              </w:rPr>
              <w:t>RUČAK</w:t>
            </w:r>
            <w:r w:rsidRPr="00D47428">
              <w:rPr>
                <w:rFonts w:ascii="Arial" w:hAnsi="Arial"/>
                <w:highlight w:val="green"/>
              </w:rPr>
              <w:t xml:space="preserve">: </w:t>
            </w:r>
            <w:r w:rsidR="00000000" w:rsidRPr="00D47428">
              <w:rPr>
                <w:rFonts w:ascii="Arial" w:hAnsi="Arial"/>
                <w:highlight w:val="green"/>
              </w:rPr>
              <w:t>JUHA</w:t>
            </w:r>
            <w:r w:rsidR="00000000" w:rsidRPr="00D47428">
              <w:rPr>
                <w:rFonts w:ascii="Arial" w:hAnsi="Arial"/>
                <w:highlight w:val="green"/>
              </w:rPr>
              <w:br/>
              <w:t>KUHANA PILETINA</w:t>
            </w:r>
            <w:r w:rsidR="00000000" w:rsidRPr="00D47428">
              <w:rPr>
                <w:rFonts w:ascii="Arial" w:hAnsi="Arial"/>
                <w:highlight w:val="green"/>
              </w:rPr>
              <w:br/>
              <w:t>PIRE/SOS</w:t>
            </w:r>
            <w:r w:rsidRPr="00D47428">
              <w:rPr>
                <w:rFonts w:ascii="Arial" w:hAnsi="Arial"/>
              </w:rPr>
              <w:br/>
            </w:r>
            <w:r w:rsidRPr="00D47428">
              <w:rPr>
                <w:rFonts w:ascii="Arial" w:hAnsi="Arial"/>
                <w:b/>
                <w:bCs/>
                <w:highlight w:val="cyan"/>
              </w:rPr>
              <w:t>UŽINA</w:t>
            </w:r>
            <w:r w:rsidRPr="00D47428">
              <w:rPr>
                <w:rFonts w:ascii="Arial" w:hAnsi="Arial"/>
                <w:highlight w:val="cyan"/>
              </w:rPr>
              <w:t>: VOĆE, KEKS</w:t>
            </w:r>
          </w:p>
        </w:tc>
        <w:tc>
          <w:tcPr>
            <w:tcW w:w="4195" w:type="dxa"/>
            <w:shd w:val="clear" w:color="auto" w:fill="FFFFFF"/>
            <w:vAlign w:val="center"/>
          </w:tcPr>
          <w:p w14:paraId="7DB93073" w14:textId="00314A15" w:rsidR="00B36FA4" w:rsidRPr="00D47428" w:rsidRDefault="00B36FA4">
            <w:pPr>
              <w:spacing w:after="0"/>
              <w:jc w:val="center"/>
              <w:rPr>
                <w:rFonts w:ascii="Arial" w:hAnsi="Arial"/>
              </w:rPr>
            </w:pPr>
            <w:r w:rsidRPr="00D47428">
              <w:rPr>
                <w:rFonts w:ascii="Arial" w:hAnsi="Arial"/>
                <w:b/>
                <w:bCs/>
                <w:highlight w:val="yellow"/>
              </w:rPr>
              <w:t>DORUČAK:</w:t>
            </w:r>
            <w:r w:rsidRPr="00D47428">
              <w:rPr>
                <w:rFonts w:ascii="Arial" w:hAnsi="Arial"/>
                <w:highlight w:val="yellow"/>
              </w:rPr>
              <w:t xml:space="preserve"> MARGARIN, KAKAO</w:t>
            </w:r>
          </w:p>
          <w:p w14:paraId="0C4396A1" w14:textId="1AA6E701" w:rsidR="005225AF" w:rsidRPr="00D47428" w:rsidRDefault="00B36FA4">
            <w:pPr>
              <w:spacing w:after="0"/>
              <w:jc w:val="center"/>
              <w:rPr>
                <w:rFonts w:ascii="Arial" w:hAnsi="Arial"/>
              </w:rPr>
            </w:pPr>
            <w:r w:rsidRPr="00D47428">
              <w:rPr>
                <w:rFonts w:ascii="Arial" w:hAnsi="Arial"/>
                <w:b/>
                <w:bCs/>
                <w:highlight w:val="green"/>
              </w:rPr>
              <w:t>RUČAK:</w:t>
            </w:r>
            <w:r w:rsidRPr="00D47428">
              <w:rPr>
                <w:rFonts w:ascii="Arial" w:hAnsi="Arial"/>
                <w:highlight w:val="green"/>
              </w:rPr>
              <w:t xml:space="preserve"> </w:t>
            </w:r>
            <w:r w:rsidR="00000000" w:rsidRPr="00D47428">
              <w:rPr>
                <w:rFonts w:ascii="Arial" w:hAnsi="Arial"/>
                <w:highlight w:val="green"/>
              </w:rPr>
              <w:t>JUHA</w:t>
            </w:r>
            <w:r w:rsidR="00000000" w:rsidRPr="00D47428">
              <w:rPr>
                <w:rFonts w:ascii="Arial" w:hAnsi="Arial"/>
                <w:highlight w:val="green"/>
              </w:rPr>
              <w:br/>
              <w:t>ŠPECLE S PILETINOM</w:t>
            </w:r>
            <w:r w:rsidR="00000000" w:rsidRPr="00D47428">
              <w:rPr>
                <w:rFonts w:ascii="Arial" w:hAnsi="Arial"/>
                <w:highlight w:val="green"/>
              </w:rPr>
              <w:br/>
              <w:t>I GLJIVAMA</w:t>
            </w:r>
            <w:r w:rsidR="00000000" w:rsidRPr="00D47428">
              <w:rPr>
                <w:rFonts w:ascii="Arial" w:hAnsi="Arial"/>
                <w:highlight w:val="green"/>
              </w:rPr>
              <w:br/>
              <w:t>SALATA</w:t>
            </w:r>
          </w:p>
          <w:p w14:paraId="02ABCD67" w14:textId="7AF7BA5F" w:rsidR="00B36FA4" w:rsidRPr="00D47428" w:rsidRDefault="00B36FA4">
            <w:pPr>
              <w:spacing w:after="0"/>
              <w:jc w:val="center"/>
            </w:pPr>
            <w:r w:rsidRPr="00D47428">
              <w:rPr>
                <w:rFonts w:ascii="Arial" w:hAnsi="Arial"/>
                <w:b/>
                <w:bCs/>
                <w:highlight w:val="cyan"/>
              </w:rPr>
              <w:t>UŽINA</w:t>
            </w:r>
            <w:r w:rsidRPr="00D47428">
              <w:rPr>
                <w:rFonts w:ascii="Arial" w:hAnsi="Arial"/>
                <w:highlight w:val="cyan"/>
              </w:rPr>
              <w:t>: VOĆE, KEKS</w:t>
            </w:r>
          </w:p>
        </w:tc>
        <w:tc>
          <w:tcPr>
            <w:tcW w:w="4195" w:type="dxa"/>
            <w:shd w:val="clear" w:color="auto" w:fill="FFFFFF"/>
            <w:vAlign w:val="center"/>
          </w:tcPr>
          <w:p w14:paraId="13F3AC28" w14:textId="77777777" w:rsidR="005225AF" w:rsidRPr="007129F4" w:rsidRDefault="005225AF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5225AF" w:rsidRPr="007129F4" w14:paraId="4EB97968" w14:textId="77777777" w:rsidTr="0082068C">
        <w:trPr>
          <w:trHeight w:val="1559"/>
          <w:jc w:val="center"/>
        </w:trPr>
        <w:tc>
          <w:tcPr>
            <w:tcW w:w="2268" w:type="dxa"/>
            <w:shd w:val="clear" w:color="auto" w:fill="FFFFFF"/>
            <w:vAlign w:val="center"/>
          </w:tcPr>
          <w:p w14:paraId="1CBCDDF4" w14:textId="77777777" w:rsidR="005225AF" w:rsidRPr="007129F4" w:rsidRDefault="00000000">
            <w:pPr>
              <w:spacing w:after="0"/>
              <w:jc w:val="center"/>
              <w:rPr>
                <w:sz w:val="24"/>
                <w:szCs w:val="24"/>
              </w:rPr>
            </w:pPr>
            <w:r w:rsidRPr="007129F4">
              <w:rPr>
                <w:rFonts w:ascii="Arial" w:hAnsi="Arial"/>
                <w:b/>
                <w:szCs w:val="24"/>
              </w:rPr>
              <w:t>ČETVRTAK</w:t>
            </w:r>
          </w:p>
        </w:tc>
        <w:tc>
          <w:tcPr>
            <w:tcW w:w="4195" w:type="dxa"/>
            <w:shd w:val="clear" w:color="auto" w:fill="FFFFFF"/>
            <w:vAlign w:val="center"/>
          </w:tcPr>
          <w:p w14:paraId="5B6268BD" w14:textId="77777777" w:rsidR="00B36FA4" w:rsidRPr="00D47428" w:rsidRDefault="00B36FA4">
            <w:pPr>
              <w:spacing w:after="0"/>
              <w:jc w:val="center"/>
              <w:rPr>
                <w:rFonts w:ascii="Arial" w:hAnsi="Arial"/>
              </w:rPr>
            </w:pPr>
          </w:p>
          <w:p w14:paraId="18D03453" w14:textId="7613348E" w:rsidR="00B36FA4" w:rsidRPr="00D47428" w:rsidRDefault="00B36FA4">
            <w:pPr>
              <w:spacing w:after="0"/>
              <w:jc w:val="center"/>
              <w:rPr>
                <w:rFonts w:ascii="Arial" w:hAnsi="Arial"/>
              </w:rPr>
            </w:pPr>
            <w:r w:rsidRPr="00D47428">
              <w:rPr>
                <w:rFonts w:ascii="Arial" w:hAnsi="Arial"/>
                <w:b/>
                <w:bCs/>
                <w:highlight w:val="yellow"/>
              </w:rPr>
              <w:t>DORUČAK:</w:t>
            </w:r>
            <w:r w:rsidRPr="00D47428">
              <w:rPr>
                <w:rFonts w:ascii="Arial" w:hAnsi="Arial"/>
                <w:highlight w:val="yellow"/>
              </w:rPr>
              <w:t xml:space="preserve"> KRUH, PAŠTETA, VOĆNI SOK</w:t>
            </w:r>
          </w:p>
          <w:p w14:paraId="149BA35F" w14:textId="684DD871" w:rsidR="005225AF" w:rsidRPr="00D47428" w:rsidRDefault="00B36FA4">
            <w:pPr>
              <w:spacing w:after="0"/>
              <w:jc w:val="center"/>
            </w:pPr>
            <w:r w:rsidRPr="00D47428">
              <w:rPr>
                <w:rFonts w:ascii="Arial" w:hAnsi="Arial"/>
                <w:b/>
                <w:bCs/>
                <w:highlight w:val="green"/>
              </w:rPr>
              <w:t>RUČAK:</w:t>
            </w:r>
            <w:r w:rsidRPr="00D47428">
              <w:rPr>
                <w:rFonts w:ascii="Arial" w:hAnsi="Arial"/>
                <w:highlight w:val="green"/>
              </w:rPr>
              <w:t xml:space="preserve"> </w:t>
            </w:r>
            <w:r w:rsidR="00000000" w:rsidRPr="00D47428">
              <w:rPr>
                <w:rFonts w:ascii="Arial" w:hAnsi="Arial"/>
                <w:highlight w:val="green"/>
              </w:rPr>
              <w:t>JUHA</w:t>
            </w:r>
            <w:r w:rsidR="00000000" w:rsidRPr="00D47428">
              <w:rPr>
                <w:rFonts w:ascii="Arial" w:hAnsi="Arial"/>
                <w:highlight w:val="green"/>
              </w:rPr>
              <w:br/>
              <w:t>ODREZAK U POVRĆU</w:t>
            </w:r>
            <w:r w:rsidR="00000000" w:rsidRPr="00D47428">
              <w:rPr>
                <w:rFonts w:ascii="Arial" w:hAnsi="Arial"/>
                <w:highlight w:val="green"/>
              </w:rPr>
              <w:br/>
              <w:t>PALENTA</w:t>
            </w:r>
            <w:r w:rsidR="00000000" w:rsidRPr="00D47428">
              <w:rPr>
                <w:rFonts w:ascii="Arial" w:hAnsi="Arial"/>
                <w:highlight w:val="green"/>
              </w:rPr>
              <w:br/>
              <w:t>SALATA</w:t>
            </w:r>
            <w:r w:rsidRPr="00D47428">
              <w:rPr>
                <w:rFonts w:ascii="Arial" w:hAnsi="Arial"/>
              </w:rPr>
              <w:br/>
            </w:r>
            <w:r w:rsidRPr="00D47428">
              <w:rPr>
                <w:rFonts w:ascii="Arial" w:hAnsi="Arial"/>
                <w:b/>
                <w:bCs/>
                <w:highlight w:val="cyan"/>
              </w:rPr>
              <w:t>UŽINA:</w:t>
            </w:r>
            <w:r w:rsidRPr="00D47428">
              <w:rPr>
                <w:rFonts w:ascii="Arial" w:hAnsi="Arial"/>
                <w:highlight w:val="cyan"/>
              </w:rPr>
              <w:t xml:space="preserve"> VOĆE, KEKS</w:t>
            </w:r>
          </w:p>
        </w:tc>
        <w:tc>
          <w:tcPr>
            <w:tcW w:w="4195" w:type="dxa"/>
            <w:shd w:val="clear" w:color="auto" w:fill="FFFFFF"/>
            <w:vAlign w:val="center"/>
          </w:tcPr>
          <w:p w14:paraId="33E24A29" w14:textId="40B5388D" w:rsidR="00B36FA4" w:rsidRPr="00D47428" w:rsidRDefault="00B36FA4">
            <w:pPr>
              <w:spacing w:after="0"/>
              <w:jc w:val="center"/>
              <w:rPr>
                <w:rFonts w:ascii="Arial" w:hAnsi="Arial"/>
              </w:rPr>
            </w:pPr>
            <w:r w:rsidRPr="00D47428">
              <w:rPr>
                <w:rFonts w:ascii="Arial" w:hAnsi="Arial"/>
                <w:b/>
                <w:bCs/>
                <w:highlight w:val="yellow"/>
              </w:rPr>
              <w:t>DORUČAK:</w:t>
            </w:r>
            <w:r w:rsidRPr="00D47428">
              <w:rPr>
                <w:rFonts w:ascii="Arial" w:hAnsi="Arial"/>
                <w:highlight w:val="yellow"/>
              </w:rPr>
              <w:t xml:space="preserve"> KRUH, SALAMA, MARGARIN</w:t>
            </w:r>
          </w:p>
          <w:p w14:paraId="31D74329" w14:textId="6BC1E29C" w:rsidR="005225AF" w:rsidRPr="00D47428" w:rsidRDefault="00B36FA4">
            <w:pPr>
              <w:spacing w:after="0"/>
              <w:jc w:val="center"/>
            </w:pPr>
            <w:r w:rsidRPr="00D47428">
              <w:rPr>
                <w:rFonts w:ascii="Arial" w:hAnsi="Arial"/>
                <w:b/>
                <w:bCs/>
                <w:highlight w:val="green"/>
              </w:rPr>
              <w:t>RUČAK:</w:t>
            </w:r>
            <w:r w:rsidRPr="00D47428">
              <w:rPr>
                <w:rFonts w:ascii="Arial" w:hAnsi="Arial"/>
                <w:highlight w:val="green"/>
              </w:rPr>
              <w:t xml:space="preserve"> </w:t>
            </w:r>
            <w:r w:rsidR="00000000" w:rsidRPr="00D47428">
              <w:rPr>
                <w:rFonts w:ascii="Arial" w:hAnsi="Arial"/>
                <w:highlight w:val="green"/>
              </w:rPr>
              <w:t>JUHA</w:t>
            </w:r>
            <w:r w:rsidR="00000000" w:rsidRPr="00D47428">
              <w:rPr>
                <w:rFonts w:ascii="Arial" w:hAnsi="Arial"/>
                <w:highlight w:val="green"/>
              </w:rPr>
              <w:br/>
              <w:t>MESNE OKRUGLICE</w:t>
            </w:r>
            <w:r w:rsidR="00000000" w:rsidRPr="00D47428">
              <w:rPr>
                <w:rFonts w:ascii="Arial" w:hAnsi="Arial"/>
                <w:highlight w:val="green"/>
              </w:rPr>
              <w:br/>
              <w:t>PIRE</w:t>
            </w:r>
            <w:r w:rsidR="00000000" w:rsidRPr="00D47428">
              <w:rPr>
                <w:rFonts w:ascii="Arial" w:hAnsi="Arial"/>
                <w:highlight w:val="green"/>
              </w:rPr>
              <w:br/>
              <w:t>SALATA</w:t>
            </w:r>
            <w:r w:rsidR="003F0F3B" w:rsidRPr="00D47428">
              <w:rPr>
                <w:rFonts w:ascii="Arial" w:hAnsi="Arial"/>
              </w:rPr>
              <w:br/>
            </w:r>
            <w:r w:rsidR="003F0F3B" w:rsidRPr="00D47428">
              <w:rPr>
                <w:rFonts w:ascii="Arial" w:hAnsi="Arial"/>
                <w:b/>
                <w:bCs/>
                <w:highlight w:val="cyan"/>
              </w:rPr>
              <w:t>UŽINA:</w:t>
            </w:r>
            <w:r w:rsidR="003F0F3B" w:rsidRPr="00D47428">
              <w:rPr>
                <w:rFonts w:ascii="Arial" w:hAnsi="Arial"/>
                <w:highlight w:val="cyan"/>
              </w:rPr>
              <w:t xml:space="preserve"> VOĆE</w:t>
            </w:r>
            <w:r w:rsidRPr="00D47428">
              <w:rPr>
                <w:rFonts w:ascii="Arial" w:hAnsi="Arial"/>
              </w:rPr>
              <w:br/>
            </w:r>
          </w:p>
        </w:tc>
        <w:tc>
          <w:tcPr>
            <w:tcW w:w="4195" w:type="dxa"/>
            <w:shd w:val="clear" w:color="auto" w:fill="FFFFFF"/>
            <w:vAlign w:val="center"/>
          </w:tcPr>
          <w:p w14:paraId="2A3858F5" w14:textId="77777777" w:rsidR="005225AF" w:rsidRPr="007129F4" w:rsidRDefault="005225AF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5225AF" w:rsidRPr="007129F4" w14:paraId="18246E40" w14:textId="77777777" w:rsidTr="0082068C">
        <w:trPr>
          <w:trHeight w:val="1559"/>
          <w:jc w:val="center"/>
        </w:trPr>
        <w:tc>
          <w:tcPr>
            <w:tcW w:w="2268" w:type="dxa"/>
            <w:shd w:val="clear" w:color="auto" w:fill="FFFFFF"/>
            <w:vAlign w:val="center"/>
          </w:tcPr>
          <w:p w14:paraId="3C7372C8" w14:textId="77777777" w:rsidR="005225AF" w:rsidRPr="007129F4" w:rsidRDefault="00000000">
            <w:pPr>
              <w:spacing w:after="0"/>
              <w:jc w:val="center"/>
              <w:rPr>
                <w:sz w:val="24"/>
                <w:szCs w:val="24"/>
              </w:rPr>
            </w:pPr>
            <w:r w:rsidRPr="007129F4">
              <w:rPr>
                <w:rFonts w:ascii="Arial" w:hAnsi="Arial"/>
                <w:b/>
                <w:szCs w:val="24"/>
              </w:rPr>
              <w:t>PETAK</w:t>
            </w:r>
          </w:p>
        </w:tc>
        <w:tc>
          <w:tcPr>
            <w:tcW w:w="4195" w:type="dxa"/>
            <w:shd w:val="clear" w:color="auto" w:fill="FFFFFF"/>
            <w:vAlign w:val="center"/>
          </w:tcPr>
          <w:p w14:paraId="089267F3" w14:textId="3FDC0787" w:rsidR="00B36FA4" w:rsidRPr="00D47428" w:rsidRDefault="00B36FA4">
            <w:pPr>
              <w:spacing w:after="0"/>
              <w:jc w:val="center"/>
              <w:rPr>
                <w:rFonts w:ascii="Arial" w:hAnsi="Arial"/>
              </w:rPr>
            </w:pPr>
            <w:r w:rsidRPr="00D47428">
              <w:rPr>
                <w:rFonts w:ascii="Arial" w:hAnsi="Arial"/>
                <w:b/>
                <w:bCs/>
                <w:highlight w:val="yellow"/>
              </w:rPr>
              <w:t>DORUČAK:</w:t>
            </w:r>
            <w:r w:rsidRPr="00D47428">
              <w:rPr>
                <w:rFonts w:ascii="Arial" w:hAnsi="Arial"/>
                <w:highlight w:val="yellow"/>
              </w:rPr>
              <w:t xml:space="preserve"> PAHULJICE, MLIJEKO</w:t>
            </w:r>
          </w:p>
          <w:p w14:paraId="340740FE" w14:textId="630C6973" w:rsidR="005225AF" w:rsidRPr="00D47428" w:rsidRDefault="00B36FA4">
            <w:pPr>
              <w:spacing w:after="0"/>
              <w:jc w:val="center"/>
            </w:pPr>
            <w:r w:rsidRPr="00D47428">
              <w:rPr>
                <w:rFonts w:ascii="Arial" w:hAnsi="Arial"/>
                <w:b/>
                <w:bCs/>
                <w:highlight w:val="green"/>
              </w:rPr>
              <w:t>RUČAK</w:t>
            </w:r>
            <w:r w:rsidRPr="00D47428">
              <w:rPr>
                <w:rFonts w:ascii="Arial" w:hAnsi="Arial"/>
                <w:highlight w:val="green"/>
              </w:rPr>
              <w:t xml:space="preserve">: </w:t>
            </w:r>
            <w:r w:rsidR="00000000" w:rsidRPr="00D47428">
              <w:rPr>
                <w:rFonts w:ascii="Arial" w:hAnsi="Arial"/>
                <w:highlight w:val="green"/>
              </w:rPr>
              <w:t>JUHA</w:t>
            </w:r>
            <w:r w:rsidR="00000000" w:rsidRPr="00D47428">
              <w:rPr>
                <w:rFonts w:ascii="Arial" w:hAnsi="Arial"/>
                <w:highlight w:val="green"/>
              </w:rPr>
              <w:br/>
              <w:t>RIBLJI ŠTAPIĆI</w:t>
            </w:r>
            <w:r w:rsidR="00000000" w:rsidRPr="00D47428">
              <w:rPr>
                <w:rFonts w:ascii="Arial" w:hAnsi="Arial"/>
                <w:highlight w:val="green"/>
              </w:rPr>
              <w:br/>
              <w:t>RESTANI KRUMPIR</w:t>
            </w:r>
            <w:r w:rsidRPr="00D47428">
              <w:rPr>
                <w:rFonts w:ascii="Arial" w:hAnsi="Arial"/>
              </w:rPr>
              <w:br/>
            </w:r>
            <w:r w:rsidRPr="00D47428">
              <w:rPr>
                <w:rFonts w:ascii="Arial" w:hAnsi="Arial"/>
                <w:b/>
                <w:bCs/>
                <w:highlight w:val="cyan"/>
              </w:rPr>
              <w:t>UŽINA:</w:t>
            </w:r>
            <w:r w:rsidRPr="00D47428">
              <w:rPr>
                <w:rFonts w:ascii="Arial" w:hAnsi="Arial"/>
                <w:highlight w:val="cyan"/>
              </w:rPr>
              <w:t xml:space="preserve"> VOĆE, KEKS</w:t>
            </w:r>
          </w:p>
        </w:tc>
        <w:tc>
          <w:tcPr>
            <w:tcW w:w="4195" w:type="dxa"/>
            <w:shd w:val="clear" w:color="auto" w:fill="FFFFFF"/>
            <w:vAlign w:val="center"/>
          </w:tcPr>
          <w:p w14:paraId="294C18D3" w14:textId="1A9BA30F" w:rsidR="003F0F3B" w:rsidRPr="00D47428" w:rsidRDefault="003F0F3B">
            <w:pPr>
              <w:spacing w:after="0"/>
              <w:jc w:val="center"/>
              <w:rPr>
                <w:rFonts w:ascii="Arial" w:hAnsi="Arial"/>
              </w:rPr>
            </w:pPr>
            <w:r w:rsidRPr="00D47428">
              <w:rPr>
                <w:rFonts w:ascii="Arial" w:hAnsi="Arial"/>
                <w:b/>
                <w:bCs/>
                <w:highlight w:val="yellow"/>
              </w:rPr>
              <w:t>DORUČAK:</w:t>
            </w:r>
            <w:r w:rsidRPr="00D47428">
              <w:rPr>
                <w:rFonts w:ascii="Arial" w:hAnsi="Arial"/>
                <w:highlight w:val="yellow"/>
              </w:rPr>
              <w:t xml:space="preserve"> KRUH, ČOKOLADNI NAMAZ</w:t>
            </w:r>
          </w:p>
          <w:p w14:paraId="15551E0D" w14:textId="7D45BCAE" w:rsidR="003F0F3B" w:rsidRPr="00D47428" w:rsidRDefault="003F0F3B" w:rsidP="00D47428">
            <w:pPr>
              <w:spacing w:after="0"/>
              <w:jc w:val="center"/>
              <w:rPr>
                <w:rFonts w:ascii="Arial" w:hAnsi="Arial"/>
              </w:rPr>
            </w:pPr>
            <w:r w:rsidRPr="00D47428">
              <w:rPr>
                <w:rFonts w:ascii="Arial" w:hAnsi="Arial"/>
                <w:b/>
                <w:bCs/>
                <w:highlight w:val="green"/>
              </w:rPr>
              <w:t>RUČAK:</w:t>
            </w:r>
            <w:r w:rsidRPr="00D47428">
              <w:rPr>
                <w:rFonts w:ascii="Arial" w:hAnsi="Arial"/>
                <w:highlight w:val="green"/>
              </w:rPr>
              <w:t xml:space="preserve"> </w:t>
            </w:r>
            <w:r w:rsidR="00000000" w:rsidRPr="00D47428">
              <w:rPr>
                <w:rFonts w:ascii="Arial" w:hAnsi="Arial"/>
                <w:highlight w:val="green"/>
              </w:rPr>
              <w:t>JUHA</w:t>
            </w:r>
            <w:r w:rsidR="00000000" w:rsidRPr="00D47428">
              <w:rPr>
                <w:rFonts w:ascii="Arial" w:hAnsi="Arial"/>
                <w:highlight w:val="green"/>
              </w:rPr>
              <w:br/>
              <w:t>PRILOG</w:t>
            </w:r>
            <w:r w:rsidR="00000000" w:rsidRPr="00D47428">
              <w:rPr>
                <w:rFonts w:ascii="Arial" w:hAnsi="Arial"/>
                <w:highlight w:val="green"/>
              </w:rPr>
              <w:br/>
              <w:t>POHANI OSLIĆ</w:t>
            </w:r>
            <w:r w:rsidR="00D47428">
              <w:rPr>
                <w:rFonts w:ascii="Arial" w:hAnsi="Arial"/>
              </w:rPr>
              <w:t xml:space="preserve">   </w:t>
            </w:r>
            <w:r w:rsidRPr="00D47428">
              <w:rPr>
                <w:rFonts w:ascii="Arial" w:hAnsi="Arial"/>
                <w:b/>
                <w:bCs/>
                <w:highlight w:val="cyan"/>
              </w:rPr>
              <w:t>UŽINA:</w:t>
            </w:r>
            <w:r w:rsidRPr="00D47428">
              <w:rPr>
                <w:rFonts w:ascii="Arial" w:hAnsi="Arial"/>
                <w:highlight w:val="cyan"/>
              </w:rPr>
              <w:t xml:space="preserve"> VOĆE</w:t>
            </w:r>
          </w:p>
        </w:tc>
        <w:tc>
          <w:tcPr>
            <w:tcW w:w="4195" w:type="dxa"/>
            <w:shd w:val="clear" w:color="auto" w:fill="FFFFFF"/>
            <w:vAlign w:val="center"/>
          </w:tcPr>
          <w:p w14:paraId="7D6EA106" w14:textId="77777777" w:rsidR="005225AF" w:rsidRPr="007129F4" w:rsidRDefault="005225AF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</w:tbl>
    <w:p w14:paraId="48A64585" w14:textId="77777777" w:rsidR="00CA023A" w:rsidRPr="007129F4" w:rsidRDefault="00CA023A">
      <w:pPr>
        <w:rPr>
          <w:sz w:val="24"/>
          <w:szCs w:val="24"/>
        </w:rPr>
      </w:pPr>
    </w:p>
    <w:sectPr w:rsidR="00CA023A" w:rsidRPr="007129F4" w:rsidSect="00034616">
      <w:pgSz w:w="15840" w:h="12240" w:orient="landscape"/>
      <w:pgMar w:top="680" w:right="680" w:bottom="680" w:left="6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Brojevi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Brojevi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Grafikeoznake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Grafikeoznak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Brojevi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77780157">
    <w:abstractNumId w:val="8"/>
  </w:num>
  <w:num w:numId="2" w16cid:durableId="908030764">
    <w:abstractNumId w:val="6"/>
  </w:num>
  <w:num w:numId="3" w16cid:durableId="952125998">
    <w:abstractNumId w:val="5"/>
  </w:num>
  <w:num w:numId="4" w16cid:durableId="1601715503">
    <w:abstractNumId w:val="4"/>
  </w:num>
  <w:num w:numId="5" w16cid:durableId="418136013">
    <w:abstractNumId w:val="7"/>
  </w:num>
  <w:num w:numId="6" w16cid:durableId="225068706">
    <w:abstractNumId w:val="3"/>
  </w:num>
  <w:num w:numId="7" w16cid:durableId="529611220">
    <w:abstractNumId w:val="2"/>
  </w:num>
  <w:num w:numId="8" w16cid:durableId="412972260">
    <w:abstractNumId w:val="1"/>
  </w:num>
  <w:num w:numId="9" w16cid:durableId="175510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70C69"/>
    <w:rsid w:val="0015074B"/>
    <w:rsid w:val="0029639D"/>
    <w:rsid w:val="002B0BE4"/>
    <w:rsid w:val="00326F90"/>
    <w:rsid w:val="003F0F3B"/>
    <w:rsid w:val="005225AF"/>
    <w:rsid w:val="006151E5"/>
    <w:rsid w:val="007129F4"/>
    <w:rsid w:val="0082068C"/>
    <w:rsid w:val="00AA1D8D"/>
    <w:rsid w:val="00B36FA4"/>
    <w:rsid w:val="00B47730"/>
    <w:rsid w:val="00CA023A"/>
    <w:rsid w:val="00CB0664"/>
    <w:rsid w:val="00D4742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8FD42A"/>
  <w14:defaultImageDpi w14:val="300"/>
  <w15:docId w15:val="{598BAD60-0439-4DAC-BA54-21F36BFE5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Naslov1">
    <w:name w:val="heading 1"/>
    <w:basedOn w:val="Normal"/>
    <w:next w:val="Normal"/>
    <w:link w:val="Naslov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618BF"/>
  </w:style>
  <w:style w:type="paragraph" w:styleId="Podnoje">
    <w:name w:val="footer"/>
    <w:basedOn w:val="Normal"/>
    <w:link w:val="Podnoje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618BF"/>
  </w:style>
  <w:style w:type="paragraph" w:styleId="Bezproreda">
    <w:name w:val="No Spacing"/>
    <w:uiPriority w:val="1"/>
    <w:qFormat/>
    <w:rsid w:val="00FC693F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">
    <w:name w:val="Title"/>
    <w:basedOn w:val="Normal"/>
    <w:next w:val="Normal"/>
    <w:link w:val="Nasl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lomakpopis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99"/>
    <w:unhideWhenUsed/>
    <w:rsid w:val="00AA1D8D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AA1D8D"/>
  </w:style>
  <w:style w:type="paragraph" w:styleId="Tijeloteksta2">
    <w:name w:val="Body Text 2"/>
    <w:basedOn w:val="Normal"/>
    <w:link w:val="Tijeloteksta2Char"/>
    <w:uiPriority w:val="99"/>
    <w:unhideWhenUsed/>
    <w:rsid w:val="00AA1D8D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rsid w:val="00AA1D8D"/>
  </w:style>
  <w:style w:type="paragraph" w:styleId="Tijeloteksta3">
    <w:name w:val="Body Text 3"/>
    <w:basedOn w:val="Normal"/>
    <w:link w:val="Tijeloteksta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ijeloteksta3Char">
    <w:name w:val="Tijelo teksta 3 Char"/>
    <w:basedOn w:val="Zadanifontodlomka"/>
    <w:link w:val="Tijeloteksta3"/>
    <w:uiPriority w:val="99"/>
    <w:rsid w:val="00AA1D8D"/>
    <w:rPr>
      <w:sz w:val="16"/>
      <w:szCs w:val="16"/>
    </w:rPr>
  </w:style>
  <w:style w:type="paragraph" w:styleId="Popis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Popis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Popis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Grafikeoznake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Grafikeoznake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Grafikeoznake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Brojevi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Brojevi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Brojevi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Nastavakpopis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Nastavakpopis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Nastavakpopis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kstmakronaredbe">
    <w:name w:val="macro"/>
    <w:link w:val="Tekstmakronaredb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onaredbeChar">
    <w:name w:val="Tekst makronaredbe Char"/>
    <w:basedOn w:val="Zadanifontodlomka"/>
    <w:link w:val="Tekstmakronaredbe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har"/>
    <w:uiPriority w:val="29"/>
    <w:qFormat/>
    <w:rsid w:val="00FC693F"/>
    <w:rPr>
      <w:i/>
      <w:iCs/>
      <w:color w:val="000000" w:themeColor="text1"/>
    </w:rPr>
  </w:style>
  <w:style w:type="character" w:customStyle="1" w:styleId="CitatChar">
    <w:name w:val="Citat Char"/>
    <w:basedOn w:val="Zadanifontodlomka"/>
    <w:link w:val="Citat"/>
    <w:uiPriority w:val="29"/>
    <w:rsid w:val="00FC693F"/>
    <w:rPr>
      <w:i/>
      <w:iCs/>
      <w:color w:val="000000" w:themeColor="text1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Naglaeno">
    <w:name w:val="Strong"/>
    <w:basedOn w:val="Zadanifontodlomka"/>
    <w:uiPriority w:val="22"/>
    <w:qFormat/>
    <w:rsid w:val="00FC693F"/>
    <w:rPr>
      <w:b/>
      <w:bCs/>
    </w:rPr>
  </w:style>
  <w:style w:type="character" w:styleId="Istaknuto">
    <w:name w:val="Emphasis"/>
    <w:basedOn w:val="Zadanifontodlomka"/>
    <w:uiPriority w:val="20"/>
    <w:qFormat/>
    <w:rsid w:val="00FC693F"/>
    <w:rPr>
      <w:i/>
      <w:iCs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C693F"/>
    <w:rPr>
      <w:b/>
      <w:bCs/>
      <w:i/>
      <w:iCs/>
      <w:color w:val="4F81BD" w:themeColor="accent1"/>
    </w:rPr>
  </w:style>
  <w:style w:type="character" w:styleId="Neupadljivoisticanje">
    <w:name w:val="Subtle Emphasis"/>
    <w:basedOn w:val="Zadanifontodlomka"/>
    <w:uiPriority w:val="19"/>
    <w:qFormat/>
    <w:rsid w:val="00FC693F"/>
    <w:rPr>
      <w:i/>
      <w:iCs/>
      <w:color w:val="808080" w:themeColor="text1" w:themeTint="7F"/>
    </w:rPr>
  </w:style>
  <w:style w:type="character" w:styleId="Jakoisticanje">
    <w:name w:val="Intense Emphasis"/>
    <w:basedOn w:val="Zadanifontodlomka"/>
    <w:uiPriority w:val="21"/>
    <w:qFormat/>
    <w:rsid w:val="00FC693F"/>
    <w:rPr>
      <w:b/>
      <w:bCs/>
      <w:i/>
      <w:iCs/>
      <w:color w:val="4F81BD" w:themeColor="accent1"/>
    </w:rPr>
  </w:style>
  <w:style w:type="character" w:styleId="Neupadljivareferenca">
    <w:name w:val="Subtle Reference"/>
    <w:basedOn w:val="Zadanifontodlomka"/>
    <w:uiPriority w:val="31"/>
    <w:qFormat/>
    <w:rsid w:val="00FC693F"/>
    <w:rPr>
      <w:smallCaps/>
      <w:color w:val="C0504D" w:themeColor="accent2"/>
      <w:u w:val="single"/>
    </w:rPr>
  </w:style>
  <w:style w:type="character" w:styleId="Istaknutareferenca">
    <w:name w:val="Intense Reference"/>
    <w:basedOn w:val="Zadanifontodlomk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aslovknjige">
    <w:name w:val="Book Title"/>
    <w:basedOn w:val="Zadanifontodlomka"/>
    <w:uiPriority w:val="33"/>
    <w:qFormat/>
    <w:rsid w:val="00FC693F"/>
    <w:rPr>
      <w:b/>
      <w:bCs/>
      <w:smallCaps/>
      <w:spacing w:val="5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C693F"/>
    <w:pPr>
      <w:outlineLvl w:val="9"/>
    </w:pPr>
  </w:style>
  <w:style w:type="table" w:styleId="Reetkatablice">
    <w:name w:val="Table Grid"/>
    <w:basedOn w:val="Obinatablic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ijetlosjenanje">
    <w:name w:val="Light Shading"/>
    <w:basedOn w:val="Obinatablic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ijetlipopis">
    <w:name w:val="Light List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ijetlipopis-Isticanje1">
    <w:name w:val="Light List Accent 1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ijetlipopis-Isticanje2">
    <w:name w:val="Light List Accent 2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ijetlipopis-Isticanje3">
    <w:name w:val="Light List Accent 3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ijetlipopis-Isticanje4">
    <w:name w:val="Light List Accent 4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ijetlipopis-Isticanje5">
    <w:name w:val="Light List Accent 5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rednjipopis-Isticanje6">
    <w:name w:val="Light List Accent 6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ijetlareetka">
    <w:name w:val="Light Grid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ijetlareetka-Isticanje1">
    <w:name w:val="Light Grid Accent 1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ijetlareetka-Isticanje2">
    <w:name w:val="Light Grid Accent 2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ijetlareetka-Isticanje3">
    <w:name w:val="Light Grid Accent 3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ijetlareetka-Isticanje4">
    <w:name w:val="Light Grid Accent 4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ijetlareetka-Isticanje5">
    <w:name w:val="Light Grid Accent 5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rednjareetka-Isticanje6">
    <w:name w:val="Light Grid Accent 6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rednjesjenanje1">
    <w:name w:val="Medium Shading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ipopis1">
    <w:name w:val="Medium Lis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reetka1">
    <w:name w:val="Medium Grid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amnipopis">
    <w:name w:val="Dark List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Obojanosjenanje">
    <w:name w:val="Colorful Shading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ipopis">
    <w:name w:val="Colorful List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areetka">
    <w:name w:val="Colorful Grid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143</Words>
  <Characters>821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Anita Živković</cp:lastModifiedBy>
  <cp:revision>2</cp:revision>
  <cp:lastPrinted>2026-08-20T06:25:00Z</cp:lastPrinted>
  <dcterms:created xsi:type="dcterms:W3CDTF">2013-12-23T23:15:00Z</dcterms:created>
  <dcterms:modified xsi:type="dcterms:W3CDTF">2026-08-20T09:09:00Z</dcterms:modified>
  <cp:category/>
</cp:coreProperties>
</file>